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88870" w14:textId="4B91D231" w:rsidR="00344256" w:rsidRPr="00344256" w:rsidRDefault="00B70557" w:rsidP="00B70557">
      <w:pPr>
        <w:widowControl w:val="0"/>
        <w:suppressAutoHyphens/>
        <w:spacing w:after="0" w:line="240" w:lineRule="auto"/>
        <w:jc w:val="center"/>
        <w:rPr>
          <w:rFonts w:ascii="Calibri" w:eastAsia="NSimSun" w:hAnsi="Calibri" w:cs="Calibri"/>
          <w:kern w:val="2"/>
          <w:sz w:val="24"/>
          <w:szCs w:val="24"/>
          <w:lang w:val="pl-PL" w:eastAsia="zh-CN" w:bidi="hi-IN"/>
        </w:rPr>
      </w:pPr>
      <w:r w:rsidRPr="00344256">
        <w:rPr>
          <w:rFonts w:ascii="Calibri" w:eastAsia="NSimSun" w:hAnsi="Calibri" w:cs="Calibri"/>
          <w:b/>
          <w:iCs/>
          <w:kern w:val="2"/>
          <w:sz w:val="24"/>
          <w:szCs w:val="24"/>
          <w:lang w:val="pl-PL" w:eastAsia="zh-CN" w:bidi="hi-IN"/>
        </w:rPr>
        <w:t>OŚWIADCZENI</w:t>
      </w:r>
      <w:r>
        <w:rPr>
          <w:rFonts w:ascii="Calibri" w:eastAsia="NSimSun" w:hAnsi="Calibri" w:cs="Calibri"/>
          <w:b/>
          <w:iCs/>
          <w:kern w:val="2"/>
          <w:sz w:val="24"/>
          <w:szCs w:val="24"/>
          <w:lang w:val="pl-PL" w:eastAsia="zh-CN" w:bidi="hi-IN"/>
        </w:rPr>
        <w:t>A</w:t>
      </w:r>
    </w:p>
    <w:p w14:paraId="54D701FC" w14:textId="77777777" w:rsidR="00344256" w:rsidRPr="00B70557" w:rsidRDefault="00344256" w:rsidP="00B70557">
      <w:pPr>
        <w:widowControl w:val="0"/>
        <w:suppressAutoHyphens/>
        <w:spacing w:after="0" w:line="240" w:lineRule="auto"/>
        <w:rPr>
          <w:rFonts w:ascii="Calibri" w:eastAsia="NSimSun" w:hAnsi="Calibri" w:cs="Calibri"/>
          <w:iCs/>
          <w:kern w:val="2"/>
          <w:sz w:val="24"/>
          <w:szCs w:val="24"/>
          <w:lang w:val="pl-PL" w:eastAsia="zh-CN" w:bidi="hi-IN"/>
        </w:rPr>
      </w:pPr>
    </w:p>
    <w:p w14:paraId="5773FD75" w14:textId="6A698C27" w:rsidR="00344256" w:rsidRPr="00344256" w:rsidRDefault="00344256" w:rsidP="00344256">
      <w:pPr>
        <w:widowControl w:val="0"/>
        <w:suppressAutoHyphens/>
        <w:spacing w:after="120"/>
        <w:jc w:val="both"/>
        <w:rPr>
          <w:rFonts w:ascii="Calibri" w:eastAsia="NSimSun" w:hAnsi="Calibri" w:cs="Calibri"/>
          <w:bCs/>
          <w:kern w:val="2"/>
          <w:sz w:val="24"/>
          <w:szCs w:val="24"/>
          <w:lang w:val="pl-PL" w:eastAsia="zh-CN" w:bidi="hi-IN"/>
        </w:rPr>
      </w:pPr>
      <w:bookmarkStart w:id="0" w:name="_Hlk219097128"/>
      <w:r w:rsidRPr="00344256">
        <w:rPr>
          <w:rFonts w:ascii="Calibri" w:eastAsia="NSimSun" w:hAnsi="Calibri" w:cs="Calibri"/>
          <w:kern w:val="2"/>
          <w:sz w:val="24"/>
          <w:szCs w:val="24"/>
          <w:lang w:val="pl-PL" w:eastAsia="zh-CN" w:bidi="hi-IN"/>
        </w:rPr>
        <w:t>Na potrzeby postępowania o udzielenie zamówienia publicznego</w:t>
      </w:r>
      <w:r w:rsidR="00B93AD3">
        <w:rPr>
          <w:rFonts w:ascii="Calibri" w:eastAsia="NSimSun" w:hAnsi="Calibri" w:cs="Calibri"/>
          <w:kern w:val="2"/>
          <w:sz w:val="24"/>
          <w:szCs w:val="24"/>
          <w:lang w:val="pl-PL" w:eastAsia="zh-CN" w:bidi="hi-IN"/>
        </w:rPr>
        <w:t xml:space="preserve"> pn. </w:t>
      </w:r>
      <w:r w:rsidR="00B93AD3" w:rsidRPr="00B93AD3">
        <w:rPr>
          <w:rFonts w:ascii="Calibri" w:eastAsia="NSimSun" w:hAnsi="Calibri" w:cs="Calibri"/>
          <w:b/>
          <w:kern w:val="2"/>
          <w:sz w:val="24"/>
          <w:szCs w:val="24"/>
          <w:lang w:val="pl-PL" w:eastAsia="zh-CN" w:bidi="hi-IN"/>
        </w:rPr>
        <w:t>„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Udzielenie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pożyczki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refinansującej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w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wysokości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30 000 000,00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zł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>”</w:t>
      </w:r>
      <w:r w:rsidRPr="00B93AD3">
        <w:rPr>
          <w:rFonts w:asciiTheme="majorHAnsi" w:eastAsia="NSimSun" w:hAnsiTheme="majorHAnsi" w:cstheme="majorHAnsi"/>
          <w:kern w:val="2"/>
          <w:sz w:val="24"/>
          <w:szCs w:val="24"/>
          <w:lang w:val="pl-PL" w:eastAsia="zh-CN" w:bidi="hi-IN"/>
        </w:rPr>
        <w:t xml:space="preserve"> prowadzonego przez</w:t>
      </w:r>
      <w:r w:rsidRPr="00344256">
        <w:rPr>
          <w:rFonts w:ascii="Calibri" w:eastAsia="NSimSun" w:hAnsi="Calibri" w:cs="Calibri"/>
          <w:kern w:val="2"/>
          <w:sz w:val="24"/>
          <w:szCs w:val="24"/>
          <w:lang w:val="pl-PL" w:eastAsia="zh-CN" w:bidi="hi-IN"/>
        </w:rPr>
        <w:t xml:space="preserve"> </w:t>
      </w:r>
      <w:r w:rsidRPr="00344256">
        <w:rPr>
          <w:rFonts w:ascii="Calibri" w:eastAsia="NSimSun" w:hAnsi="Calibri" w:cs="Calibri"/>
          <w:bCs/>
          <w:kern w:val="2"/>
          <w:sz w:val="24"/>
          <w:szCs w:val="24"/>
          <w:lang w:val="pl-PL" w:eastAsia="zh-CN" w:bidi="hi-IN"/>
        </w:rPr>
        <w:t xml:space="preserve">Instytut Psychiatrii i Neurologii w Warszawie w trybie art. 2 ust. 1 pkt 1 ustawy </w:t>
      </w:r>
      <w:proofErr w:type="spellStart"/>
      <w:r w:rsidRPr="00344256">
        <w:rPr>
          <w:rFonts w:ascii="Calibri" w:eastAsia="NSimSun" w:hAnsi="Calibri" w:cs="Calibri"/>
          <w:bCs/>
          <w:kern w:val="2"/>
          <w:sz w:val="24"/>
          <w:szCs w:val="24"/>
          <w:lang w:val="pl-PL" w:eastAsia="zh-CN" w:bidi="hi-IN"/>
        </w:rPr>
        <w:t>p.z.p</w:t>
      </w:r>
      <w:proofErr w:type="spellEnd"/>
      <w:r w:rsidRPr="00344256">
        <w:rPr>
          <w:rFonts w:ascii="Calibri" w:eastAsia="NSimSun" w:hAnsi="Calibri" w:cs="Calibri"/>
          <w:bCs/>
          <w:kern w:val="2"/>
          <w:sz w:val="24"/>
          <w:szCs w:val="24"/>
          <w:lang w:val="pl-PL" w:eastAsia="zh-CN" w:bidi="hi-IN"/>
        </w:rPr>
        <w:t>. Zapytanie Ofertowe</w:t>
      </w:r>
      <w:r w:rsidR="00B70557">
        <w:rPr>
          <w:rFonts w:ascii="Calibri" w:eastAsia="NSimSun" w:hAnsi="Calibri" w:cs="Calibri"/>
          <w:bCs/>
          <w:kern w:val="2"/>
          <w:sz w:val="24"/>
          <w:szCs w:val="24"/>
          <w:lang w:val="pl-PL" w:eastAsia="zh-CN" w:bidi="hi-IN"/>
        </w:rPr>
        <w:t>:</w:t>
      </w:r>
    </w:p>
    <w:bookmarkEnd w:id="0"/>
    <w:p w14:paraId="07E33120" w14:textId="30897F33" w:rsidR="00344256" w:rsidRPr="00B70557" w:rsidRDefault="00344256" w:rsidP="004D0D84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4D0D84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Oświadczam</w:t>
      </w:r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, że nie podlegam wykluczeniu z udziału w postępowaniu na podstawie </w:t>
      </w:r>
      <w:bookmarkStart w:id="1" w:name="_Hlk121221299"/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>art. 7 ust 1 ustawy z dnia z dnia 13 kwietnia 2022 r. o szczególnych rozwiązaniach w zakresie przeciwdziałania wspieraniu agresji na Ukrainę oraz służących ochronie bezpieczeństwa narodowego (</w:t>
      </w:r>
      <w:proofErr w:type="spellStart"/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>t.j</w:t>
      </w:r>
      <w:proofErr w:type="spellEnd"/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>. Dz.U. 2025, poz. 514 ze zm.)</w:t>
      </w:r>
      <w:r w:rsidR="00B70557">
        <w:rPr>
          <w:rFonts w:ascii="Calibri" w:eastAsia="Times New Roman" w:hAnsi="Calibri" w:cs="Calibri"/>
          <w:sz w:val="24"/>
          <w:szCs w:val="24"/>
          <w:lang w:val="pl-PL" w:eastAsia="pl-PL"/>
        </w:rPr>
        <w:t>,</w:t>
      </w:r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bookmarkEnd w:id="1"/>
      <w:r w:rsidRPr="00B70557">
        <w:rPr>
          <w:rFonts w:ascii="Calibri" w:eastAsia="NSimSun" w:hAnsi="Calibri" w:cs="Calibri"/>
          <w:kern w:val="2"/>
          <w:sz w:val="24"/>
          <w:szCs w:val="24"/>
          <w:lang w:val="pl-PL" w:eastAsia="zh-CN" w:bidi="hi-IN"/>
        </w:rPr>
        <w:t xml:space="preserve">zgodnie z którym </w:t>
      </w:r>
      <w:r w:rsidRPr="00B70557">
        <w:rPr>
          <w:rFonts w:ascii="Calibri" w:eastAsia="Times New Roman" w:hAnsi="Calibri" w:cs="Calibri"/>
          <w:kern w:val="2"/>
          <w:sz w:val="24"/>
          <w:szCs w:val="24"/>
          <w:lang w:val="pl-PL" w:eastAsia="pl-PL" w:bidi="hi-IN"/>
        </w:rPr>
        <w:t>z postępowania o udzielenie zamówienia publicznego wyklucza się:</w:t>
      </w:r>
    </w:p>
    <w:p w14:paraId="31E04FD9" w14:textId="77777777" w:rsidR="00344256" w:rsidRPr="00344256" w:rsidRDefault="00344256" w:rsidP="00344256">
      <w:pPr>
        <w:numPr>
          <w:ilvl w:val="0"/>
          <w:numId w:val="10"/>
        </w:numPr>
        <w:autoSpaceDN w:val="0"/>
        <w:spacing w:before="100" w:after="10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344256">
        <w:rPr>
          <w:rFonts w:ascii="Calibri" w:eastAsia="Times New Roman" w:hAnsi="Calibri" w:cs="Calibri"/>
          <w:sz w:val="24"/>
          <w:szCs w:val="24"/>
          <w:lang w:val="pl-PL" w:eastAsia="pl-PL"/>
        </w:rPr>
        <w:t>wykonawcę oraz uczestnika konkursu wymienionego w wykazach określonych w rozporządzeniu 765/2006 i rozporządzeniu 269/2014 albo wpisanego na listę na podstawie decyzji w sprawie wpisu na listę rozs</w:t>
      </w:r>
      <w:bookmarkStart w:id="2" w:name="_GoBack"/>
      <w:bookmarkEnd w:id="2"/>
      <w:r w:rsidRPr="00344256">
        <w:rPr>
          <w:rFonts w:ascii="Calibri" w:eastAsia="Times New Roman" w:hAnsi="Calibri" w:cs="Calibri"/>
          <w:sz w:val="24"/>
          <w:szCs w:val="24"/>
          <w:lang w:val="pl-PL" w:eastAsia="pl-PL"/>
        </w:rPr>
        <w:t>trzygającej o zastosowaniu środka, o którym mowa w art. 1 pkt 3 ustawy;</w:t>
      </w:r>
    </w:p>
    <w:p w14:paraId="05640CA8" w14:textId="77777777" w:rsidR="00344256" w:rsidRPr="00344256" w:rsidRDefault="00344256" w:rsidP="00344256">
      <w:pPr>
        <w:numPr>
          <w:ilvl w:val="0"/>
          <w:numId w:val="10"/>
        </w:numPr>
        <w:autoSpaceDN w:val="0"/>
        <w:spacing w:before="100" w:after="10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344256">
        <w:rPr>
          <w:rFonts w:ascii="Calibri" w:eastAsia="Times New Roman" w:hAnsi="Calibri" w:cs="Calibri"/>
          <w:sz w:val="24"/>
          <w:szCs w:val="24"/>
          <w:lang w:val="pl-PL"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A462DD2" w14:textId="77777777" w:rsidR="00344256" w:rsidRPr="00344256" w:rsidRDefault="00344256" w:rsidP="00344256">
      <w:pPr>
        <w:numPr>
          <w:ilvl w:val="0"/>
          <w:numId w:val="10"/>
        </w:numPr>
        <w:autoSpaceDN w:val="0"/>
        <w:spacing w:before="100" w:after="10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344256">
        <w:rPr>
          <w:rFonts w:ascii="Calibri" w:eastAsia="Times New Roman" w:hAnsi="Calibri" w:cs="Calibri"/>
          <w:sz w:val="24"/>
          <w:szCs w:val="24"/>
          <w:lang w:val="pl-PL" w:eastAsia="pl-PL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158B240" w14:textId="77777777" w:rsidR="00344256" w:rsidRDefault="00344256" w:rsidP="00B70557">
      <w:pPr>
        <w:spacing w:after="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7B82DA50" w14:textId="6362886A" w:rsidR="00B70557" w:rsidRPr="00B70557" w:rsidRDefault="00B70557" w:rsidP="00B70557">
      <w:pPr>
        <w:pStyle w:val="Akapitzlist"/>
        <w:numPr>
          <w:ilvl w:val="0"/>
          <w:numId w:val="12"/>
        </w:numPr>
        <w:spacing w:after="0"/>
        <w:ind w:left="284" w:hanging="142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4D0D84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Oświadczenie</w:t>
      </w:r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Wykonawcy dotyczące braku powiązań z dostawcą wysokiego ryzyka (UKSC)</w:t>
      </w:r>
    </w:p>
    <w:p w14:paraId="65FE2885" w14:textId="77777777" w:rsidR="00B70557" w:rsidRPr="00B70557" w:rsidRDefault="00B70557" w:rsidP="00B7055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2656116" w14:textId="77777777" w:rsidR="00B70557" w:rsidRPr="00B70557" w:rsidRDefault="00B70557" w:rsidP="00B70557">
      <w:pPr>
        <w:spacing w:after="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Ja / my niżej podpisany(-i) </w:t>
      </w:r>
    </w:p>
    <w:tbl>
      <w:tblPr>
        <w:tblStyle w:val="Tabela-Siatka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B70557" w:rsidRPr="00F200F9" w14:paraId="3F543828" w14:textId="77777777" w:rsidTr="00FF546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3510" w14:textId="77777777" w:rsidR="00B70557" w:rsidRPr="00F200F9" w:rsidRDefault="00B70557" w:rsidP="00FF5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</w:p>
          <w:p w14:paraId="409F6E38" w14:textId="77777777" w:rsidR="00B70557" w:rsidRPr="00F200F9" w:rsidRDefault="00B70557" w:rsidP="00FF5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</w:p>
        </w:tc>
      </w:tr>
    </w:tbl>
    <w:p w14:paraId="431DDA35" w14:textId="77777777" w:rsidR="00B70557" w:rsidRPr="00B70557" w:rsidRDefault="00B70557" w:rsidP="00B7055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B48F8BF" w14:textId="4CD30228" w:rsidR="00B70557" w:rsidRPr="00B70557" w:rsidRDefault="00B70557" w:rsidP="00B70557">
      <w:pPr>
        <w:spacing w:after="0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działając w imieniu i na rzecz (nazwa /firma/ i adres Wykonawcy) </w:t>
      </w:r>
    </w:p>
    <w:tbl>
      <w:tblPr>
        <w:tblStyle w:val="Tabela-Siatka"/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B70557" w:rsidRPr="00F200F9" w14:paraId="05B8E9B8" w14:textId="77777777" w:rsidTr="00FF546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52C3" w14:textId="77777777" w:rsidR="00B70557" w:rsidRPr="00F200F9" w:rsidRDefault="00B70557" w:rsidP="00FF5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</w:p>
          <w:p w14:paraId="7AAACE4A" w14:textId="77777777" w:rsidR="00B70557" w:rsidRPr="00F200F9" w:rsidRDefault="00B70557" w:rsidP="00FF5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lang w:eastAsia="pl-PL"/>
              </w:rPr>
            </w:pPr>
          </w:p>
        </w:tc>
      </w:tr>
    </w:tbl>
    <w:p w14:paraId="034ECBE5" w14:textId="317C591D" w:rsidR="00B70557" w:rsidRPr="00B93AD3" w:rsidRDefault="00B70557" w:rsidP="00B70557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B93AD3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w związku ze złożeniem oferty w postępowaniu, którego przedmiotem jest dostawa „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Udzielenie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pożyczki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refinansującej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w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wysokości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30 000 000,00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zł</w:t>
      </w:r>
      <w:proofErr w:type="spellEnd"/>
      <w:r w:rsidRPr="00B93AD3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”.</w:t>
      </w:r>
    </w:p>
    <w:p w14:paraId="59F70AD3" w14:textId="77777777" w:rsidR="00B70557" w:rsidRDefault="00B70557" w:rsidP="00B70557">
      <w:pPr>
        <w:pStyle w:val="Akapitzlist"/>
        <w:numPr>
          <w:ilvl w:val="0"/>
          <w:numId w:val="11"/>
        </w:numPr>
        <w:spacing w:after="120" w:line="240" w:lineRule="auto"/>
        <w:ind w:left="714" w:hanging="357"/>
        <w:contextualSpacing w:val="0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lastRenderedPageBreak/>
        <w:t>Oświadczam, że wobec mnie nie wydano decyzji, o której mowa w art. 66 ust. 2 ustawy z dnia 5 lipca 2018 r. o krajowym systemie cyberbezpieczeństwa (UKSC), zakazującej dostarczania produktów, usług lub procesów ICT objętych przedmiotem zamówienia.</w:t>
      </w:r>
    </w:p>
    <w:p w14:paraId="18C86FF7" w14:textId="77777777" w:rsidR="00B70557" w:rsidRDefault="00B70557" w:rsidP="00B70557">
      <w:pPr>
        <w:pStyle w:val="Akapitzlist"/>
        <w:numPr>
          <w:ilvl w:val="0"/>
          <w:numId w:val="11"/>
        </w:numPr>
        <w:spacing w:after="120" w:line="240" w:lineRule="auto"/>
        <w:ind w:left="714" w:hanging="357"/>
        <w:contextualSpacing w:val="0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>Oświadczam, że oferowany przedmiot zamówienia (w tym urządzenia, oprogramowanie lub komponenty ICT) nie obejmuje produktów, usług ani procesów pochodzących od dostawcy, wobec którego wydano decyzję o uznaniu za dostawcę wysokiego ryzyka, o której mowa w art. 66a ust. 1 ustawy o krajowym systemie cyberbezpieczeństwa.</w:t>
      </w:r>
    </w:p>
    <w:p w14:paraId="6388AF3C" w14:textId="1E4D5BD3" w:rsidR="00B70557" w:rsidRPr="00B70557" w:rsidRDefault="00B70557" w:rsidP="00B70557">
      <w:pPr>
        <w:pStyle w:val="Akapitzlist"/>
        <w:numPr>
          <w:ilvl w:val="0"/>
          <w:numId w:val="11"/>
        </w:numPr>
        <w:spacing w:after="120" w:line="240" w:lineRule="auto"/>
        <w:ind w:left="714" w:hanging="357"/>
        <w:contextualSpacing w:val="0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>Zobowiązuję się, że w przypadku wydania decyzji o uznaniu dostawcy za dostawcę wysokiego ryzyka w trakcie realizacji umowy, niezwłocznie (nie później niż w terminie wskazanym w decyzji lub ustawie) wycofam z użytkowania produkty, usługi lub procesy ICT objęte taką decyzją i zastąpię je rozwiązaniami zgodnymi z wymogami Zamawiającego, bez dodatkowych kosztów po stronie Zamawiającego.</w:t>
      </w:r>
    </w:p>
    <w:p w14:paraId="7A52B2D1" w14:textId="0DB77CEC" w:rsidR="00B70557" w:rsidRDefault="00B70557" w:rsidP="00B70557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Podstawa prawna: Ustawa z dnia 5 lipca 2018 r. o krajowym systemie </w:t>
      </w:r>
      <w:proofErr w:type="spellStart"/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>cyberbezpieczeństwa</w:t>
      </w:r>
      <w:proofErr w:type="spellEnd"/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(</w:t>
      </w:r>
      <w:proofErr w:type="spellStart"/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>t.j</w:t>
      </w:r>
      <w:proofErr w:type="spellEnd"/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>. Dz. U. z 2026 r. poz. 20).</w:t>
      </w:r>
    </w:p>
    <w:p w14:paraId="765E7C55" w14:textId="77777777" w:rsidR="00B70557" w:rsidRDefault="00B70557" w:rsidP="00B7055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31B53AFD" w14:textId="77777777" w:rsidR="009838CE" w:rsidRDefault="009838CE" w:rsidP="009838C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4D26C879" w14:textId="7B9AE389" w:rsidR="009838CE" w:rsidRPr="009838CE" w:rsidRDefault="009838CE" w:rsidP="004D0D84">
      <w:pPr>
        <w:pStyle w:val="Akapitzlist"/>
        <w:numPr>
          <w:ilvl w:val="0"/>
          <w:numId w:val="12"/>
        </w:numPr>
        <w:spacing w:after="0" w:line="240" w:lineRule="auto"/>
        <w:ind w:left="426" w:hanging="142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4D0D84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Oświadczenie</w:t>
      </w:r>
      <w:r w:rsidRPr="009838CE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Wykonawcy </w:t>
      </w:r>
      <w:r>
        <w:rPr>
          <w:rFonts w:ascii="Calibri" w:eastAsia="Times New Roman" w:hAnsi="Calibri" w:cs="Calibri"/>
          <w:sz w:val="24"/>
          <w:szCs w:val="24"/>
          <w:lang w:val="pl-PL" w:eastAsia="pl-PL"/>
        </w:rPr>
        <w:t>d</w:t>
      </w:r>
      <w:r w:rsidRPr="009838CE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otyczące braku powiązań z Zamawiającym </w:t>
      </w:r>
    </w:p>
    <w:p w14:paraId="33302D1F" w14:textId="77777777" w:rsidR="009838CE" w:rsidRDefault="009838CE" w:rsidP="009838C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3E5A54B" w14:textId="0017FC21" w:rsidR="009838CE" w:rsidRPr="009838CE" w:rsidRDefault="009838CE" w:rsidP="009838C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9838CE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Ja / my niżej podpisany(-i)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38CE" w:rsidRPr="00164830" w14:paraId="68197A2F" w14:textId="77777777" w:rsidTr="00FF5460">
        <w:tc>
          <w:tcPr>
            <w:tcW w:w="9062" w:type="dxa"/>
          </w:tcPr>
          <w:p w14:paraId="46DD6A96" w14:textId="77777777" w:rsidR="009838CE" w:rsidRPr="00164830" w:rsidRDefault="009838CE" w:rsidP="00FF5460">
            <w:pPr>
              <w:rPr>
                <w:rFonts w:ascii="Calibri" w:hAnsi="Calibri" w:cs="Calibri"/>
              </w:rPr>
            </w:pPr>
          </w:p>
          <w:p w14:paraId="374EE0F9" w14:textId="77777777" w:rsidR="009838CE" w:rsidRPr="00164830" w:rsidRDefault="009838CE" w:rsidP="00FF5460">
            <w:pPr>
              <w:rPr>
                <w:rFonts w:ascii="Calibri" w:hAnsi="Calibri" w:cs="Calibri"/>
              </w:rPr>
            </w:pPr>
          </w:p>
        </w:tc>
      </w:tr>
    </w:tbl>
    <w:p w14:paraId="7C031831" w14:textId="77777777" w:rsidR="009838CE" w:rsidRPr="009838CE" w:rsidRDefault="009838CE" w:rsidP="009838C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4BB12B8" w14:textId="77777777" w:rsidR="009838CE" w:rsidRPr="009838CE" w:rsidRDefault="009838CE" w:rsidP="009838C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9838CE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działając w imieniu i na rzecz (nazwa /firma/ i adres Wykonawcy)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38CE" w:rsidRPr="00164830" w14:paraId="462DC3DA" w14:textId="77777777" w:rsidTr="00FF5460">
        <w:tc>
          <w:tcPr>
            <w:tcW w:w="9062" w:type="dxa"/>
          </w:tcPr>
          <w:p w14:paraId="512EF30A" w14:textId="77777777" w:rsidR="009838CE" w:rsidRDefault="009838CE" w:rsidP="00FF5460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112EA99E" w14:textId="77777777" w:rsidR="009838CE" w:rsidRPr="00164830" w:rsidRDefault="009838CE" w:rsidP="00FF5460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342A0CE2" w14:textId="77777777" w:rsidR="009838CE" w:rsidRPr="009838CE" w:rsidRDefault="009838CE" w:rsidP="009838C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4C3D1A75" w14:textId="2083C981" w:rsidR="009838CE" w:rsidRPr="009838CE" w:rsidRDefault="009838CE" w:rsidP="009838C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B93AD3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na potrzeby postępowania o udzielenie zamówienia pn. „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Udzielenie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pożyczki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refinansującej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w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wysokości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30 000 000,00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zł</w:t>
      </w:r>
      <w:proofErr w:type="spellEnd"/>
      <w:r w:rsidRPr="00B93AD3"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  <w:t>”, prowadzonego, przez Instytut Psychiatrii i Neurologii w Warszawie, składam/składamy następujące oświadczenie</w:t>
      </w:r>
      <w:r w:rsidRPr="009838CE">
        <w:rPr>
          <w:rFonts w:ascii="Calibri" w:eastAsia="Times New Roman" w:hAnsi="Calibri" w:cs="Calibri"/>
          <w:sz w:val="24"/>
          <w:szCs w:val="24"/>
          <w:lang w:val="pl-PL" w:eastAsia="pl-PL"/>
        </w:rPr>
        <w:t>:</w:t>
      </w:r>
    </w:p>
    <w:p w14:paraId="593F1E95" w14:textId="77777777" w:rsidR="009838CE" w:rsidRPr="009838CE" w:rsidRDefault="009838CE" w:rsidP="009838C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58528F2" w14:textId="440E0366" w:rsidR="009838CE" w:rsidRPr="009838CE" w:rsidRDefault="009838CE" w:rsidP="009838C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9838CE">
        <w:rPr>
          <w:rFonts w:ascii="Calibri" w:eastAsia="Times New Roman" w:hAnsi="Calibri" w:cs="Calibri"/>
          <w:sz w:val="24"/>
          <w:szCs w:val="24"/>
          <w:lang w:val="pl-PL" w:eastAsia="pl-PL"/>
        </w:rPr>
        <w:t>oświadczam, że jako Wykonawca nie jestem powiązany z Zamawiającym lub osobami upoważnionymi do zaciągania zobowiązań w imieniu Zamawiającego lub osobami wykonującymi w imieniu Zamawiającego czynności związane z przygotowaniem przeprowadzeniem procedury wyboru wykonawcy osobowo lub kapitałowo, w szczególności poprzez:</w:t>
      </w:r>
    </w:p>
    <w:p w14:paraId="3BECEBA5" w14:textId="77777777" w:rsidR="00BB27E8" w:rsidRDefault="009838CE" w:rsidP="009838CE">
      <w:pPr>
        <w:pStyle w:val="Akapitzlist"/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BB27E8">
        <w:rPr>
          <w:rFonts w:ascii="Calibri" w:eastAsia="Times New Roman" w:hAnsi="Calibri" w:cs="Calibri"/>
          <w:sz w:val="24"/>
          <w:szCs w:val="24"/>
          <w:lang w:val="pl-PL" w:eastAsia="pl-PL"/>
        </w:rPr>
        <w:t>uczestnictwo w spółce jako wspólnik spółki cywilnej lub spółki osobowej,</w:t>
      </w:r>
    </w:p>
    <w:p w14:paraId="3461C4EC" w14:textId="77777777" w:rsidR="00A47797" w:rsidRDefault="009838CE" w:rsidP="009838CE">
      <w:pPr>
        <w:pStyle w:val="Akapitzlist"/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47797">
        <w:rPr>
          <w:rFonts w:ascii="Calibri" w:eastAsia="Times New Roman" w:hAnsi="Calibri" w:cs="Calibri"/>
          <w:sz w:val="24"/>
          <w:szCs w:val="24"/>
          <w:lang w:val="pl-PL" w:eastAsia="pl-PL"/>
        </w:rPr>
        <w:t>posiadanie co najmniej 10 % udziałów lub akcji,</w:t>
      </w:r>
    </w:p>
    <w:p w14:paraId="65F535B3" w14:textId="77777777" w:rsidR="00A47797" w:rsidRDefault="009838CE" w:rsidP="009838CE">
      <w:pPr>
        <w:pStyle w:val="Akapitzlist"/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47797">
        <w:rPr>
          <w:rFonts w:ascii="Calibri" w:eastAsia="Times New Roman" w:hAnsi="Calibri" w:cs="Calibri"/>
          <w:sz w:val="24"/>
          <w:szCs w:val="24"/>
          <w:lang w:val="pl-PL" w:eastAsia="pl-PL"/>
        </w:rPr>
        <w:t>pełnienie funkcji członka organu nadzorczego lub zarządzającego, prokurenta, pełnomocnika,</w:t>
      </w:r>
    </w:p>
    <w:p w14:paraId="07EDF37D" w14:textId="0B19F2F7" w:rsidR="009838CE" w:rsidRPr="00A47797" w:rsidRDefault="009838CE" w:rsidP="00A4779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47797">
        <w:rPr>
          <w:rFonts w:ascii="Calibri" w:eastAsia="Times New Roman" w:hAnsi="Calibri" w:cs="Calibri"/>
          <w:sz w:val="24"/>
          <w:szCs w:val="24"/>
          <w:lang w:val="pl-PL" w:eastAsia="pl-PL"/>
        </w:rPr>
        <w:t>pozostawanie w związku małżeńskim, w stosunku pokrewieństwa lub powinowactwa w linii prostej, pokrewieństwa drugiego stopnia lub powinowactwa drugiego stopnia, w linii bocznej lub w stosunku przysposobienia, opieki lub kurateli, w linii bocznej lub w stosunku przysposobienia, opieki lub kurateli.</w:t>
      </w:r>
    </w:p>
    <w:p w14:paraId="4EA2BF7A" w14:textId="77777777" w:rsidR="009838CE" w:rsidRPr="009838CE" w:rsidRDefault="009838CE" w:rsidP="009838C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9E8EA93" w14:textId="54988695" w:rsidR="009838CE" w:rsidRDefault="009838CE" w:rsidP="00A47797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9838CE">
        <w:rPr>
          <w:rFonts w:ascii="Calibri" w:eastAsia="Times New Roman" w:hAnsi="Calibri" w:cs="Calibri"/>
          <w:sz w:val="24"/>
          <w:szCs w:val="24"/>
          <w:lang w:val="pl-PL" w:eastAsia="pl-PL"/>
        </w:rPr>
        <w:lastRenderedPageBreak/>
        <w:t>Prawdziwość powyższych danych potwierdzam(y) własnoręcznym podpisem świadom(-i) odpowiedzialności karnej z art. 233 k.k. oraz 305 k.k.</w:t>
      </w:r>
    </w:p>
    <w:p w14:paraId="7B86588C" w14:textId="77777777" w:rsidR="00B70557" w:rsidRDefault="00B70557" w:rsidP="00B70557">
      <w:pPr>
        <w:spacing w:after="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3974DD0" w14:textId="77777777" w:rsidR="004D0D84" w:rsidRDefault="004D0D84" w:rsidP="00B70557">
      <w:pPr>
        <w:spacing w:after="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AC67CE5" w14:textId="77777777" w:rsidR="00D533BC" w:rsidRPr="00344256" w:rsidRDefault="00D533BC" w:rsidP="00B70557">
      <w:pPr>
        <w:spacing w:after="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2BAF65F" w14:textId="77777777" w:rsidR="00344256" w:rsidRPr="00344256" w:rsidRDefault="00344256" w:rsidP="00B70557">
      <w:pPr>
        <w:spacing w:after="0"/>
        <w:rPr>
          <w:rFonts w:ascii="Calibri" w:eastAsia="Times New Roman" w:hAnsi="Calibri" w:cs="Calibri"/>
          <w:sz w:val="16"/>
          <w:szCs w:val="16"/>
          <w:lang w:val="pl-PL" w:eastAsia="pl-PL"/>
        </w:rPr>
      </w:pPr>
    </w:p>
    <w:p w14:paraId="398A9266" w14:textId="77777777" w:rsidR="00344256" w:rsidRPr="00344256" w:rsidRDefault="00344256" w:rsidP="00344256">
      <w:pPr>
        <w:spacing w:after="0"/>
        <w:jc w:val="right"/>
        <w:rPr>
          <w:rFonts w:ascii="Calibri" w:eastAsia="Times New Roman" w:hAnsi="Calibri" w:cs="Calibri"/>
          <w:sz w:val="18"/>
          <w:szCs w:val="18"/>
          <w:lang w:val="pl-PL" w:eastAsia="pl-PL"/>
        </w:rPr>
      </w:pPr>
      <w:r w:rsidRPr="00344256">
        <w:rPr>
          <w:rFonts w:ascii="Calibri" w:eastAsia="Times New Roman" w:hAnsi="Calibri" w:cs="Calibri"/>
          <w:sz w:val="18"/>
          <w:szCs w:val="18"/>
          <w:lang w:val="pl-PL" w:eastAsia="pl-PL"/>
        </w:rPr>
        <w:t>……….……………………………..</w:t>
      </w:r>
    </w:p>
    <w:p w14:paraId="141F1E83" w14:textId="77777777" w:rsidR="00344256" w:rsidRPr="00344256" w:rsidRDefault="00344256" w:rsidP="00344256">
      <w:pPr>
        <w:spacing w:after="0"/>
        <w:jc w:val="right"/>
        <w:rPr>
          <w:rFonts w:ascii="Calibri" w:eastAsia="Times New Roman" w:hAnsi="Calibri" w:cs="Calibri"/>
          <w:sz w:val="18"/>
          <w:szCs w:val="18"/>
          <w:lang w:val="pl-PL" w:eastAsia="pl-PL"/>
        </w:rPr>
      </w:pPr>
      <w:r w:rsidRPr="00344256">
        <w:rPr>
          <w:rFonts w:ascii="Calibri" w:eastAsia="Times New Roman" w:hAnsi="Calibri" w:cs="Calibri"/>
          <w:sz w:val="18"/>
          <w:szCs w:val="18"/>
          <w:lang w:val="pl-PL" w:eastAsia="pl-PL"/>
        </w:rPr>
        <w:t>Data i podpis Wykonawcy</w:t>
      </w:r>
    </w:p>
    <w:p w14:paraId="08E237B3" w14:textId="77777777" w:rsidR="00404E16" w:rsidRPr="00344256" w:rsidRDefault="00404E16" w:rsidP="00344256"/>
    <w:sectPr w:rsidR="00404E16" w:rsidRPr="00344256" w:rsidSect="009838CE">
      <w:headerReference w:type="first" r:id="rId8"/>
      <w:footerReference w:type="first" r:id="rId9"/>
      <w:pgSz w:w="11907" w:h="16840" w:code="9"/>
      <w:pgMar w:top="1134" w:right="1417" w:bottom="1417" w:left="1417" w:header="283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7D5F4" w14:textId="77777777" w:rsidR="00807612" w:rsidRDefault="00807612" w:rsidP="0037362D">
      <w:pPr>
        <w:spacing w:after="0" w:line="240" w:lineRule="auto"/>
      </w:pPr>
      <w:r>
        <w:separator/>
      </w:r>
    </w:p>
  </w:endnote>
  <w:endnote w:type="continuationSeparator" w:id="0">
    <w:p w14:paraId="35BCDD4A" w14:textId="77777777" w:rsidR="00807612" w:rsidRDefault="00807612" w:rsidP="00373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87EA5" w14:textId="77777777" w:rsidR="00E870DD" w:rsidRPr="00344256" w:rsidRDefault="00E870DD" w:rsidP="00E870DD">
    <w:pPr>
      <w:pStyle w:val="Stopka"/>
      <w:rPr>
        <w:rFonts w:ascii="Calibri Light" w:hAnsi="Calibri Light" w:cs="Calibri Light"/>
        <w:color w:val="2E74B5"/>
        <w:sz w:val="20"/>
      </w:rPr>
    </w:pPr>
    <w:r w:rsidRPr="00344256">
      <w:rPr>
        <w:rFonts w:ascii="Calibri Light" w:hAnsi="Calibri Light" w:cs="Calibri Light"/>
        <w:i/>
        <w:noProof/>
        <w:lang w:val="pl-PL" w:eastAsia="pl-PL"/>
      </w:rPr>
      <w:drawing>
        <wp:anchor distT="0" distB="0" distL="114300" distR="114300" simplePos="0" relativeHeight="251664384" behindDoc="0" locked="0" layoutInCell="1" allowOverlap="1" wp14:anchorId="2F38E4D7" wp14:editId="34AFD563">
          <wp:simplePos x="0" y="0"/>
          <wp:positionH relativeFrom="column">
            <wp:posOffset>5438775</wp:posOffset>
          </wp:positionH>
          <wp:positionV relativeFrom="paragraph">
            <wp:posOffset>-67310</wp:posOffset>
          </wp:positionV>
          <wp:extent cx="670102" cy="628510"/>
          <wp:effectExtent l="0" t="0" r="0" b="635"/>
          <wp:wrapNone/>
          <wp:docPr id="76517392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102" cy="628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4256">
      <w:rPr>
        <w:rFonts w:ascii="Calibri Light" w:hAnsi="Calibri Light" w:cs="Calibri Light"/>
        <w:color w:val="2E74B5"/>
        <w:sz w:val="20"/>
        <w:lang w:val="pl-PL"/>
      </w:rPr>
      <w:t>Instytut Psychiatrii i Neurologii</w:t>
    </w:r>
    <w:r w:rsidRPr="00344256">
      <w:rPr>
        <w:rFonts w:ascii="Calibri Light" w:hAnsi="Calibri Light" w:cs="Calibri Light"/>
        <w:color w:val="2E74B5"/>
        <w:sz w:val="20"/>
      </w:rPr>
      <w:t xml:space="preserve">| </w:t>
    </w:r>
    <w:r w:rsidRPr="00344256">
      <w:rPr>
        <w:rFonts w:ascii="Calibri Light" w:hAnsi="Calibri Light" w:cs="Calibri Light"/>
        <w:color w:val="2E74B5"/>
        <w:sz w:val="20"/>
        <w:lang w:val="pl-PL"/>
      </w:rPr>
      <w:t xml:space="preserve">ul. </w:t>
    </w:r>
    <w:r w:rsidRPr="00344256">
      <w:rPr>
        <w:rFonts w:ascii="Calibri Light" w:hAnsi="Calibri Light" w:cs="Calibri Light"/>
        <w:color w:val="2E74B5"/>
        <w:sz w:val="20"/>
      </w:rPr>
      <w:t xml:space="preserve">Jana III </w:t>
    </w:r>
    <w:r w:rsidRPr="00344256">
      <w:rPr>
        <w:rFonts w:ascii="Calibri Light" w:hAnsi="Calibri Light" w:cs="Calibri Light"/>
        <w:color w:val="2E74B5"/>
        <w:sz w:val="20"/>
        <w:lang w:val="pl-PL"/>
      </w:rPr>
      <w:t xml:space="preserve">Sobieskiego </w:t>
    </w:r>
    <w:r w:rsidRPr="00344256">
      <w:rPr>
        <w:rFonts w:ascii="Calibri Light" w:hAnsi="Calibri Light" w:cs="Calibri Light"/>
        <w:color w:val="2E74B5"/>
        <w:sz w:val="20"/>
      </w:rPr>
      <w:t>9, 02-957 Warszawa</w:t>
    </w:r>
  </w:p>
  <w:p w14:paraId="20AF659F" w14:textId="77777777" w:rsidR="00E870DD" w:rsidRPr="00344256" w:rsidRDefault="00E870DD" w:rsidP="00E870DD">
    <w:pPr>
      <w:pStyle w:val="Stopka"/>
      <w:rPr>
        <w:rFonts w:ascii="Calibri Light" w:hAnsi="Calibri Light" w:cs="Calibri Light"/>
        <w:i/>
        <w:color w:val="2E74B5"/>
        <w:sz w:val="20"/>
        <w:lang w:val="pl-PL"/>
      </w:rPr>
    </w:pPr>
    <w:r w:rsidRPr="00344256">
      <w:rPr>
        <w:rFonts w:ascii="Calibri Light" w:hAnsi="Calibri Light" w:cs="Calibri Light"/>
        <w:i/>
        <w:color w:val="2E74B5"/>
        <w:sz w:val="20"/>
      </w:rPr>
      <w:t xml:space="preserve">tel. (22) 45 82 800 | sekretariatdn@ipin.edu.pl | </w:t>
    </w:r>
    <w:hyperlink r:id="rId2" w:history="1">
      <w:r w:rsidRPr="00344256">
        <w:rPr>
          <w:rStyle w:val="Hipercze"/>
          <w:rFonts w:ascii="Calibri Light" w:hAnsi="Calibri Light" w:cs="Calibri Light"/>
          <w:i/>
          <w:sz w:val="20"/>
        </w:rPr>
        <w:t>www.ipin.edu.pl</w:t>
      </w:r>
    </w:hyperlink>
  </w:p>
  <w:p w14:paraId="03DA4AE6" w14:textId="77777777" w:rsidR="00AA566F" w:rsidRDefault="00E870DD" w:rsidP="00E870DD">
    <w:pPr>
      <w:pStyle w:val="Stopka"/>
    </w:pPr>
    <w:r w:rsidRPr="00344256">
      <w:rPr>
        <w:rFonts w:ascii="Calibri Light" w:hAnsi="Calibri Light" w:cs="Calibri Light"/>
        <w:color w:val="2E74B5"/>
        <w:sz w:val="20"/>
        <w:lang w:val="pl-PL"/>
      </w:rPr>
      <w:t>Adres do doręczeń elektronicznych (e-Doręczenia)</w:t>
    </w:r>
    <w:r w:rsidRPr="00344256">
      <w:rPr>
        <w:rFonts w:ascii="Calibri Light" w:hAnsi="Calibri Light" w:cs="Calibri Light"/>
        <w:color w:val="2E74B5"/>
        <w:sz w:val="20"/>
      </w:rPr>
      <w:t>: AE:PL-80331-21119-UTGVI-08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EDD24" w14:textId="77777777" w:rsidR="00807612" w:rsidRDefault="00807612" w:rsidP="0037362D">
      <w:pPr>
        <w:spacing w:after="0" w:line="240" w:lineRule="auto"/>
      </w:pPr>
      <w:r>
        <w:separator/>
      </w:r>
    </w:p>
  </w:footnote>
  <w:footnote w:type="continuationSeparator" w:id="0">
    <w:p w14:paraId="3F2482F9" w14:textId="77777777" w:rsidR="00807612" w:rsidRDefault="00807612" w:rsidP="00373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10618" w:type="dxa"/>
      <w:tblInd w:w="-48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05"/>
      <w:gridCol w:w="60"/>
      <w:gridCol w:w="5864"/>
      <w:gridCol w:w="202"/>
      <w:gridCol w:w="278"/>
      <w:gridCol w:w="2209"/>
    </w:tblGrid>
    <w:tr w:rsidR="00AA566F" w14:paraId="1BE2EAA6" w14:textId="77777777" w:rsidTr="00BC212F">
      <w:trPr>
        <w:trHeight w:val="1901"/>
      </w:trPr>
      <w:tc>
        <w:tcPr>
          <w:tcW w:w="2005" w:type="dxa"/>
        </w:tcPr>
        <w:p w14:paraId="6550BE9F" w14:textId="77777777" w:rsidR="00AA566F" w:rsidRDefault="00AA566F" w:rsidP="00AA566F">
          <w:pPr>
            <w:pStyle w:val="Nagwek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noProof/>
              <w:sz w:val="20"/>
              <w:lang w:val="pl-PL" w:eastAsia="pl-PL"/>
            </w:rPr>
            <w:drawing>
              <wp:anchor distT="0" distB="0" distL="114300" distR="114300" simplePos="0" relativeHeight="251665408" behindDoc="1" locked="0" layoutInCell="1" allowOverlap="1" wp14:anchorId="519BE52E" wp14:editId="64B3FCA9">
                <wp:simplePos x="0" y="0"/>
                <wp:positionH relativeFrom="column">
                  <wp:posOffset>-167005</wp:posOffset>
                </wp:positionH>
                <wp:positionV relativeFrom="paragraph">
                  <wp:posOffset>23495</wp:posOffset>
                </wp:positionV>
                <wp:extent cx="1171575" cy="1144932"/>
                <wp:effectExtent l="0" t="0" r="0" b="0"/>
                <wp:wrapNone/>
                <wp:docPr id="168605109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75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1144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26" w:type="dxa"/>
          <w:gridSpan w:val="3"/>
        </w:tcPr>
        <w:p w14:paraId="65ADD0C0" w14:textId="77777777" w:rsidR="009F16ED" w:rsidRPr="00344256" w:rsidRDefault="009F16ED" w:rsidP="009F16ED">
          <w:pPr>
            <w:pStyle w:val="Nagwek"/>
            <w:rPr>
              <w:rFonts w:ascii="Calibri" w:eastAsia="Calibri" w:hAnsi="Calibri"/>
              <w:b/>
              <w:color w:val="2E74B5"/>
              <w:sz w:val="28"/>
              <w:szCs w:val="28"/>
            </w:rPr>
          </w:pPr>
        </w:p>
        <w:p w14:paraId="582E3150" w14:textId="77777777" w:rsidR="00AA566F" w:rsidRPr="00344256" w:rsidRDefault="00AA566F" w:rsidP="009F16ED">
          <w:pPr>
            <w:pStyle w:val="Nagwek"/>
            <w:jc w:val="center"/>
            <w:rPr>
              <w:rFonts w:ascii="Calibri" w:eastAsia="Calibri" w:hAnsi="Calibri"/>
              <w:b/>
              <w:color w:val="2E74B5"/>
              <w:sz w:val="44"/>
              <w:szCs w:val="28"/>
            </w:rPr>
          </w:pPr>
          <w:r w:rsidRPr="00344256">
            <w:rPr>
              <w:rFonts w:ascii="Calibri" w:eastAsia="Calibri" w:hAnsi="Calibri"/>
              <w:b/>
              <w:color w:val="2E74B5"/>
              <w:sz w:val="44"/>
              <w:szCs w:val="28"/>
              <w:lang w:val="pl-PL"/>
            </w:rPr>
            <w:t>Instytut Psychiatrii i Neurologii</w:t>
          </w:r>
        </w:p>
        <w:p w14:paraId="7F26A28D" w14:textId="77777777" w:rsidR="009F16ED" w:rsidRPr="00344256" w:rsidRDefault="009F16ED" w:rsidP="009F16ED">
          <w:pPr>
            <w:pStyle w:val="Nagwek"/>
            <w:rPr>
              <w:rFonts w:ascii="Calibri" w:eastAsia="Calibri" w:hAnsi="Calibri"/>
              <w:i/>
              <w:color w:val="2E74B5"/>
              <w:sz w:val="12"/>
            </w:rPr>
          </w:pPr>
        </w:p>
        <w:p w14:paraId="0836E8EC" w14:textId="77777777" w:rsidR="00AA566F" w:rsidRPr="00344256" w:rsidRDefault="00AA566F" w:rsidP="009F16ED">
          <w:pPr>
            <w:pStyle w:val="Nagwek"/>
            <w:jc w:val="center"/>
            <w:rPr>
              <w:color w:val="2E74B5"/>
              <w:sz w:val="20"/>
              <w:szCs w:val="20"/>
            </w:rPr>
          </w:pP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t>„Działamy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</w:rPr>
            <w:t xml:space="preserve"> w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t xml:space="preserve"> trosce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</w:rPr>
            <w:t xml:space="preserve"> o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t xml:space="preserve"> zdrowie pacjentów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</w:rPr>
            <w:t>,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t xml:space="preserve"> niosąc i organizując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br/>
            <w:t>wszechstronną pomoc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</w:rPr>
            <w:t xml:space="preserve"> w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t xml:space="preserve"> zaburzeniach psychicznych i chorobach 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br/>
            <w:t>układu nerwowego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</w:rPr>
            <w:t>.”</w:t>
          </w:r>
        </w:p>
      </w:tc>
      <w:tc>
        <w:tcPr>
          <w:tcW w:w="278" w:type="dxa"/>
        </w:tcPr>
        <w:p w14:paraId="3D925637" w14:textId="77777777" w:rsidR="00AA566F" w:rsidRPr="00344256" w:rsidRDefault="009F16ED" w:rsidP="00AA566F">
          <w:pPr>
            <w:pStyle w:val="Nagwek"/>
            <w:rPr>
              <w:rFonts w:ascii="Calibri" w:eastAsia="Calibri" w:hAnsi="Calibri"/>
              <w:b/>
              <w:color w:val="2E74B5"/>
              <w:sz w:val="28"/>
              <w:szCs w:val="28"/>
            </w:rPr>
          </w:pPr>
          <w:r w:rsidRPr="002B4BD9">
            <w:rPr>
              <w:rFonts w:ascii="Times New Roman" w:eastAsia="Times New Roman" w:hAnsi="Times New Roman" w:cs="Calibri"/>
              <w:noProof/>
              <w:sz w:val="24"/>
              <w:szCs w:val="24"/>
              <w:lang w:val="pl-PL" w:eastAsia="pl-PL"/>
            </w:rPr>
            <w:drawing>
              <wp:anchor distT="0" distB="0" distL="114300" distR="114300" simplePos="0" relativeHeight="251662336" behindDoc="0" locked="0" layoutInCell="1" allowOverlap="1" wp14:anchorId="67F0CF43" wp14:editId="1C4C1E73">
                <wp:simplePos x="0" y="0"/>
                <wp:positionH relativeFrom="margin">
                  <wp:posOffset>17145</wp:posOffset>
                </wp:positionH>
                <wp:positionV relativeFrom="paragraph">
                  <wp:posOffset>112395</wp:posOffset>
                </wp:positionV>
                <wp:extent cx="1192530" cy="1023620"/>
                <wp:effectExtent l="0" t="0" r="7620" b="5080"/>
                <wp:wrapNone/>
                <wp:docPr id="399302676" name="Obraz 399302676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0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2530" cy="1023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09" w:type="dxa"/>
        </w:tcPr>
        <w:p w14:paraId="32024377" w14:textId="77777777" w:rsidR="00AA566F" w:rsidRPr="00344256" w:rsidRDefault="00AA566F" w:rsidP="00AA566F">
          <w:pPr>
            <w:pStyle w:val="Nagwek"/>
            <w:rPr>
              <w:rFonts w:ascii="Calibri" w:eastAsia="Calibri" w:hAnsi="Calibri"/>
              <w:b/>
              <w:color w:val="2E74B5"/>
              <w:sz w:val="28"/>
              <w:szCs w:val="28"/>
            </w:rPr>
          </w:pPr>
        </w:p>
      </w:tc>
    </w:tr>
    <w:tr w:rsidR="00AA566F" w14:paraId="054C8DCE" w14:textId="77777777" w:rsidTr="009F16ED">
      <w:trPr>
        <w:trHeight w:val="218"/>
      </w:trPr>
      <w:tc>
        <w:tcPr>
          <w:tcW w:w="2065" w:type="dxa"/>
          <w:gridSpan w:val="2"/>
        </w:tcPr>
        <w:p w14:paraId="6B50A18B" w14:textId="77777777" w:rsidR="00AA566F" w:rsidRPr="00813722" w:rsidRDefault="009F16ED" w:rsidP="009F16ED">
          <w:pPr>
            <w:pStyle w:val="Nagwek"/>
            <w:rPr>
              <w:rFonts w:ascii="Calibri" w:eastAsia="Calibri" w:hAnsi="Calibri"/>
              <w:b/>
              <w:i/>
              <w:noProof/>
              <w:sz w:val="24"/>
              <w:szCs w:val="24"/>
              <w:lang w:val="pl-PL" w:eastAsia="pl-PL"/>
            </w:rPr>
          </w:pPr>
          <w:r>
            <w:rPr>
              <w:rFonts w:ascii="Calibri" w:eastAsia="Calibri" w:hAnsi="Calibri"/>
              <w:b/>
              <w:i/>
              <w:noProof/>
              <w:color w:val="0070C0"/>
              <w:sz w:val="24"/>
              <w:szCs w:val="24"/>
              <w:lang w:val="pl-PL" w:eastAsia="pl-PL"/>
            </w:rPr>
            <w:t xml:space="preserve">   </w:t>
          </w:r>
          <w:r w:rsidR="00AA566F" w:rsidRPr="00813722">
            <w:rPr>
              <w:rFonts w:ascii="Calibri" w:eastAsia="Calibri" w:hAnsi="Calibri"/>
              <w:b/>
              <w:i/>
              <w:noProof/>
              <w:color w:val="0070C0"/>
              <w:sz w:val="24"/>
              <w:szCs w:val="24"/>
              <w:lang w:val="pl-PL" w:eastAsia="pl-PL"/>
            </w:rPr>
            <w:t>1951 - 2026</w:t>
          </w:r>
        </w:p>
      </w:tc>
      <w:tc>
        <w:tcPr>
          <w:tcW w:w="5864" w:type="dxa"/>
        </w:tcPr>
        <w:p w14:paraId="0F523707" w14:textId="77777777" w:rsidR="00AA566F" w:rsidRPr="00344256" w:rsidRDefault="00AA566F" w:rsidP="00AA566F">
          <w:pPr>
            <w:pStyle w:val="Nagwek"/>
            <w:rPr>
              <w:rFonts w:ascii="Calibri" w:eastAsia="Calibri" w:hAnsi="Calibri"/>
              <w:b/>
              <w:color w:val="2E74B5"/>
              <w:sz w:val="28"/>
              <w:szCs w:val="28"/>
            </w:rPr>
          </w:pPr>
        </w:p>
      </w:tc>
      <w:tc>
        <w:tcPr>
          <w:tcW w:w="480" w:type="dxa"/>
          <w:gridSpan w:val="2"/>
        </w:tcPr>
        <w:p w14:paraId="6015BFD0" w14:textId="77777777" w:rsidR="00AA566F" w:rsidRPr="00344256" w:rsidRDefault="00AA566F" w:rsidP="00AA566F">
          <w:pPr>
            <w:pStyle w:val="Nagwek"/>
            <w:rPr>
              <w:rFonts w:ascii="Calibri" w:eastAsia="Calibri" w:hAnsi="Calibri"/>
              <w:b/>
              <w:color w:val="2E74B5"/>
              <w:sz w:val="28"/>
              <w:szCs w:val="28"/>
            </w:rPr>
          </w:pPr>
        </w:p>
      </w:tc>
      <w:tc>
        <w:tcPr>
          <w:tcW w:w="2209" w:type="dxa"/>
        </w:tcPr>
        <w:p w14:paraId="3D6C7836" w14:textId="77777777" w:rsidR="00AA566F" w:rsidRPr="00344256" w:rsidRDefault="00AA566F" w:rsidP="00AA566F">
          <w:pPr>
            <w:pStyle w:val="Nagwek"/>
            <w:rPr>
              <w:rFonts w:ascii="Calibri" w:eastAsia="Calibri" w:hAnsi="Calibri"/>
              <w:b/>
              <w:color w:val="2E74B5"/>
              <w:sz w:val="28"/>
              <w:szCs w:val="28"/>
            </w:rPr>
          </w:pPr>
        </w:p>
      </w:tc>
    </w:tr>
  </w:tbl>
  <w:p w14:paraId="64E8D7AC" w14:textId="77777777" w:rsidR="00AA566F" w:rsidRDefault="00AA56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8F78F1"/>
    <w:multiLevelType w:val="hybridMultilevel"/>
    <w:tmpl w:val="2E1C5BD2"/>
    <w:lvl w:ilvl="0" w:tplc="FD809C9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6209B"/>
    <w:multiLevelType w:val="multilevel"/>
    <w:tmpl w:val="42FAB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77909ED"/>
    <w:multiLevelType w:val="hybridMultilevel"/>
    <w:tmpl w:val="F8DC98B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590BF7"/>
    <w:multiLevelType w:val="hybridMultilevel"/>
    <w:tmpl w:val="611E32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FE2969"/>
    <w:multiLevelType w:val="hybridMultilevel"/>
    <w:tmpl w:val="C1A45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6D312A"/>
    <w:multiLevelType w:val="hybridMultilevel"/>
    <w:tmpl w:val="AE42AC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991829"/>
    <w:multiLevelType w:val="hybridMultilevel"/>
    <w:tmpl w:val="175A2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5"/>
  </w:num>
  <w:num w:numId="12">
    <w:abstractNumId w:val="9"/>
  </w:num>
  <w:num w:numId="13">
    <w:abstractNumId w:val="11"/>
  </w:num>
  <w:num w:numId="14">
    <w:abstractNumId w:val="14"/>
    <w:lvlOverride w:ilvl="0">
      <w:startOverride w:val="1"/>
    </w:lvlOverride>
  </w:num>
  <w:num w:numId="15">
    <w:abstractNumId w:val="14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l-PL" w:vendorID="64" w:dllVersion="4096" w:nlCheck="1" w:checkStyle="0"/>
  <w:activeWritingStyle w:appName="MSWord" w:lang="en-US" w:vendorID="64" w:dllVersion="4096" w:nlCheck="1" w:checkStyle="0"/>
  <w:proofState w:spelling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7DD5"/>
    <w:rsid w:val="00034616"/>
    <w:rsid w:val="00041A25"/>
    <w:rsid w:val="0006063C"/>
    <w:rsid w:val="00066A0B"/>
    <w:rsid w:val="0008586F"/>
    <w:rsid w:val="00090F05"/>
    <w:rsid w:val="00102C6E"/>
    <w:rsid w:val="0015074B"/>
    <w:rsid w:val="001A51DD"/>
    <w:rsid w:val="00211F0B"/>
    <w:rsid w:val="00255235"/>
    <w:rsid w:val="00287672"/>
    <w:rsid w:val="0029639D"/>
    <w:rsid w:val="002B4BD9"/>
    <w:rsid w:val="002F6D26"/>
    <w:rsid w:val="00326F90"/>
    <w:rsid w:val="00344256"/>
    <w:rsid w:val="00363760"/>
    <w:rsid w:val="0037362D"/>
    <w:rsid w:val="00404E16"/>
    <w:rsid w:val="00414C7C"/>
    <w:rsid w:val="00481B81"/>
    <w:rsid w:val="0049408D"/>
    <w:rsid w:val="004D0D84"/>
    <w:rsid w:val="004F4AD3"/>
    <w:rsid w:val="00621615"/>
    <w:rsid w:val="00623274"/>
    <w:rsid w:val="00637729"/>
    <w:rsid w:val="006455F2"/>
    <w:rsid w:val="0072053A"/>
    <w:rsid w:val="007560B3"/>
    <w:rsid w:val="00771B97"/>
    <w:rsid w:val="00807612"/>
    <w:rsid w:val="00813722"/>
    <w:rsid w:val="00854645"/>
    <w:rsid w:val="008C018D"/>
    <w:rsid w:val="008F5031"/>
    <w:rsid w:val="00972A01"/>
    <w:rsid w:val="009838CE"/>
    <w:rsid w:val="00987A12"/>
    <w:rsid w:val="009F16ED"/>
    <w:rsid w:val="009F782F"/>
    <w:rsid w:val="00A47797"/>
    <w:rsid w:val="00AA1D8D"/>
    <w:rsid w:val="00AA566F"/>
    <w:rsid w:val="00AE652E"/>
    <w:rsid w:val="00B47730"/>
    <w:rsid w:val="00B63F53"/>
    <w:rsid w:val="00B64D70"/>
    <w:rsid w:val="00B70557"/>
    <w:rsid w:val="00B93AD3"/>
    <w:rsid w:val="00BB1991"/>
    <w:rsid w:val="00BB27E8"/>
    <w:rsid w:val="00BC212F"/>
    <w:rsid w:val="00BD0DAC"/>
    <w:rsid w:val="00C30393"/>
    <w:rsid w:val="00C64686"/>
    <w:rsid w:val="00CB0664"/>
    <w:rsid w:val="00D533BC"/>
    <w:rsid w:val="00DB04DA"/>
    <w:rsid w:val="00E04C4D"/>
    <w:rsid w:val="00E837AA"/>
    <w:rsid w:val="00E870DD"/>
    <w:rsid w:val="00F800A0"/>
    <w:rsid w:val="00FC693F"/>
    <w:rsid w:val="00FE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2778580C"/>
  <w15:docId w15:val="{524E055C-AD54-407C-8FBB-273639AE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4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A2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64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pin.edu.pl" TargetMode="External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242201-076C-4433-B006-B36B74344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690</Words>
  <Characters>4140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Małgorzata Dorengowska-Grabowska</cp:lastModifiedBy>
  <cp:revision>3</cp:revision>
  <cp:lastPrinted>2026-03-05T15:51:00Z</cp:lastPrinted>
  <dcterms:created xsi:type="dcterms:W3CDTF">2026-07-02T09:50:00Z</dcterms:created>
  <dcterms:modified xsi:type="dcterms:W3CDTF">2026-07-02T09:54:00Z</dcterms:modified>
</cp:coreProperties>
</file>