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23005" w14:textId="77777777" w:rsidR="00987A12" w:rsidRPr="00987A12" w:rsidRDefault="00987A12" w:rsidP="00987A12">
      <w:pPr>
        <w:tabs>
          <w:tab w:val="center" w:pos="4536"/>
          <w:tab w:val="right" w:pos="9072"/>
        </w:tabs>
        <w:suppressAutoHyphens/>
        <w:spacing w:after="0"/>
        <w:jc w:val="right"/>
        <w:rPr>
          <w:rFonts w:ascii="Calibri" w:eastAsia="Times New Roman" w:hAnsi="Calibri" w:cs="Calibri"/>
          <w:bCs/>
          <w:spacing w:val="20"/>
          <w:sz w:val="20"/>
          <w:szCs w:val="20"/>
          <w:lang w:val="pl-PL" w:eastAsia="zh-CN"/>
        </w:rPr>
      </w:pPr>
      <w:r w:rsidRPr="00987A12">
        <w:rPr>
          <w:rFonts w:ascii="Calibri" w:eastAsia="Times New Roman" w:hAnsi="Calibri" w:cs="Calibri"/>
          <w:b/>
          <w:bCs/>
          <w:sz w:val="24"/>
          <w:szCs w:val="24"/>
          <w:lang w:val="pl-PL" w:eastAsia="zh-CN"/>
        </w:rPr>
        <w:t>Załącznik nr 1 do Zapytania</w:t>
      </w:r>
    </w:p>
    <w:p w14:paraId="0CD92C5A" w14:textId="77777777" w:rsidR="00987A12" w:rsidRPr="00987A12" w:rsidRDefault="00987A12" w:rsidP="00987A12">
      <w:pPr>
        <w:keepNext/>
        <w:suppressAutoHyphens/>
        <w:spacing w:before="240" w:after="0" w:line="240" w:lineRule="auto"/>
        <w:jc w:val="center"/>
        <w:outlineLvl w:val="7"/>
        <w:rPr>
          <w:rFonts w:ascii="Calibri" w:eastAsia="Times New Roman" w:hAnsi="Calibri" w:cs="Calibri"/>
          <w:b/>
          <w:bCs/>
          <w:spacing w:val="20"/>
          <w:sz w:val="24"/>
          <w:szCs w:val="24"/>
          <w:lang w:val="pl-PL" w:eastAsia="zh-CN"/>
        </w:rPr>
      </w:pPr>
      <w:r w:rsidRPr="00987A12">
        <w:rPr>
          <w:rFonts w:ascii="Calibri" w:eastAsia="Times New Roman" w:hAnsi="Calibri" w:cs="Calibri"/>
          <w:bCs/>
          <w:spacing w:val="20"/>
          <w:sz w:val="20"/>
          <w:szCs w:val="20"/>
          <w:lang w:val="pl-PL" w:eastAsia="zh-CN"/>
        </w:rPr>
        <w:t>Formularz ofertowy, który po wypełnieniu przez Wykonawcę stanowi ofertę</w:t>
      </w:r>
    </w:p>
    <w:p w14:paraId="028727FB" w14:textId="77777777" w:rsidR="00987A12" w:rsidRPr="00987A12" w:rsidRDefault="00987A12" w:rsidP="00987A12">
      <w:pPr>
        <w:keepNext/>
        <w:suppressAutoHyphens/>
        <w:spacing w:before="240" w:after="0" w:line="240" w:lineRule="auto"/>
        <w:jc w:val="center"/>
        <w:outlineLvl w:val="7"/>
        <w:rPr>
          <w:rFonts w:ascii="Calibri" w:eastAsia="Times New Roman" w:hAnsi="Calibri" w:cs="Calibri"/>
          <w:lang w:val="pl-PL" w:eastAsia="zh-CN"/>
        </w:rPr>
      </w:pPr>
      <w:r w:rsidRPr="00987A12">
        <w:rPr>
          <w:rFonts w:ascii="Calibri" w:eastAsia="Times New Roman" w:hAnsi="Calibri" w:cs="Calibri"/>
          <w:b/>
          <w:bCs/>
          <w:spacing w:val="20"/>
          <w:sz w:val="24"/>
          <w:szCs w:val="24"/>
          <w:lang w:val="pl-PL" w:eastAsia="zh-CN"/>
        </w:rPr>
        <w:t xml:space="preserve">O F E R T A </w:t>
      </w:r>
    </w:p>
    <w:p w14:paraId="16156CE7" w14:textId="77777777" w:rsidR="00987A12" w:rsidRPr="00987A12" w:rsidRDefault="00987A12" w:rsidP="00987A12">
      <w:pPr>
        <w:suppressAutoHyphens/>
        <w:spacing w:after="0" w:line="360" w:lineRule="auto"/>
        <w:ind w:right="-159"/>
        <w:rPr>
          <w:rFonts w:ascii="Calibri" w:eastAsia="Times New Roman" w:hAnsi="Calibri" w:cs="Calibri"/>
          <w:lang w:val="pl-PL" w:eastAsia="zh-CN"/>
        </w:rPr>
      </w:pPr>
      <w:r w:rsidRPr="00987A12">
        <w:rPr>
          <w:rFonts w:ascii="Calibri" w:eastAsia="Times New Roman" w:hAnsi="Calibri" w:cs="Calibri"/>
          <w:lang w:val="pl-PL" w:eastAsia="zh-CN"/>
        </w:rPr>
        <w:t xml:space="preserve">Nazwa i siedziba Wykonawcy lub Wykonawców*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235"/>
      </w:tblGrid>
      <w:tr w:rsidR="00987A12" w:rsidRPr="00987A12" w14:paraId="5F386E40" w14:textId="77777777" w:rsidTr="00D91BCD"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F8D8C" w14:textId="77777777" w:rsidR="00987A12" w:rsidRPr="00987A12" w:rsidRDefault="00987A12" w:rsidP="00987A12">
            <w:pPr>
              <w:suppressAutoHyphens/>
              <w:snapToGrid w:val="0"/>
              <w:spacing w:after="0" w:line="360" w:lineRule="auto"/>
              <w:ind w:right="-159"/>
              <w:rPr>
                <w:rFonts w:ascii="Calibri" w:eastAsia="Times New Roman" w:hAnsi="Calibri" w:cs="Calibri"/>
                <w:lang w:val="pl-PL" w:eastAsia="zh-CN"/>
              </w:rPr>
            </w:pPr>
          </w:p>
          <w:p w14:paraId="3CE6041C" w14:textId="77777777" w:rsidR="00987A12" w:rsidRPr="00987A12" w:rsidRDefault="00987A12" w:rsidP="00987A12">
            <w:pPr>
              <w:suppressAutoHyphens/>
              <w:spacing w:after="0" w:line="360" w:lineRule="auto"/>
              <w:ind w:right="-159"/>
              <w:rPr>
                <w:rFonts w:ascii="Calibri" w:eastAsia="Times New Roman" w:hAnsi="Calibri" w:cs="Calibri"/>
                <w:lang w:val="pl-PL" w:eastAsia="zh-CN"/>
              </w:rPr>
            </w:pPr>
          </w:p>
        </w:tc>
      </w:tr>
    </w:tbl>
    <w:p w14:paraId="12EA836A" w14:textId="77777777" w:rsidR="00987A12" w:rsidRPr="00987A12" w:rsidRDefault="00987A12" w:rsidP="00987A12">
      <w:pPr>
        <w:suppressAutoHyphens/>
        <w:spacing w:after="0" w:line="360" w:lineRule="auto"/>
        <w:ind w:right="-159"/>
        <w:jc w:val="both"/>
        <w:rPr>
          <w:rFonts w:ascii="Calibri" w:eastAsia="Times New Roman" w:hAnsi="Calibri" w:cs="Calibri"/>
          <w:lang w:val="pl-PL"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534"/>
      </w:tblGrid>
      <w:tr w:rsidR="00987A12" w:rsidRPr="00987A12" w14:paraId="410ABB1B" w14:textId="77777777" w:rsidTr="00D91BCD">
        <w:tc>
          <w:tcPr>
            <w:tcW w:w="1809" w:type="dxa"/>
            <w:tcBorders>
              <w:right w:val="single" w:sz="4" w:space="0" w:color="000000"/>
            </w:tcBorders>
          </w:tcPr>
          <w:p w14:paraId="49C03E24" w14:textId="77777777" w:rsidR="00987A12" w:rsidRPr="00987A12" w:rsidRDefault="00987A12" w:rsidP="00987A12">
            <w:pPr>
              <w:suppressAutoHyphens/>
              <w:snapToGrid w:val="0"/>
              <w:spacing w:after="0" w:line="240" w:lineRule="auto"/>
              <w:ind w:right="-159"/>
              <w:rPr>
                <w:rFonts w:ascii="Calibri" w:eastAsia="Times New Roman" w:hAnsi="Calibri" w:cs="Calibri"/>
                <w:lang w:val="pl-PL" w:eastAsia="zh-CN"/>
              </w:rPr>
            </w:pPr>
          </w:p>
          <w:p w14:paraId="6F1CD39A" w14:textId="77777777" w:rsidR="00987A12" w:rsidRPr="00987A12" w:rsidRDefault="00987A12" w:rsidP="00987A12">
            <w:pPr>
              <w:suppressAutoHyphens/>
              <w:spacing w:after="0" w:line="240" w:lineRule="auto"/>
              <w:ind w:right="-159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zh-CN"/>
              </w:rPr>
            </w:pPr>
            <w:r w:rsidRPr="00987A12">
              <w:rPr>
                <w:rFonts w:ascii="Calibri" w:eastAsia="Times New Roman" w:hAnsi="Calibri" w:cs="Calibri"/>
                <w:lang w:val="pl-PL" w:eastAsia="zh-CN"/>
              </w:rPr>
              <w:t>Nr KRS/CEIDG:</w:t>
            </w:r>
          </w:p>
        </w:tc>
        <w:tc>
          <w:tcPr>
            <w:tcW w:w="7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EA3B2" w14:textId="77777777" w:rsidR="00987A12" w:rsidRPr="00987A12" w:rsidRDefault="00987A12" w:rsidP="00987A12">
            <w:pPr>
              <w:suppressAutoHyphens/>
              <w:snapToGrid w:val="0"/>
              <w:spacing w:after="0" w:line="240" w:lineRule="auto"/>
              <w:ind w:right="-159"/>
              <w:rPr>
                <w:rFonts w:ascii="Calibri" w:eastAsia="Times New Roman" w:hAnsi="Calibri" w:cs="Calibri"/>
                <w:lang w:val="pl-PL" w:eastAsia="zh-CN"/>
              </w:rPr>
            </w:pPr>
          </w:p>
        </w:tc>
      </w:tr>
    </w:tbl>
    <w:p w14:paraId="53B8D3AC" w14:textId="77777777" w:rsidR="00987A12" w:rsidRPr="00987A12" w:rsidRDefault="00987A12" w:rsidP="00987A12">
      <w:pPr>
        <w:suppressAutoHyphens/>
        <w:spacing w:after="0" w:line="360" w:lineRule="auto"/>
        <w:ind w:right="-159"/>
        <w:jc w:val="both"/>
        <w:rPr>
          <w:rFonts w:ascii="Calibri" w:eastAsia="Times New Roman" w:hAnsi="Calibri" w:cs="Calibri"/>
          <w:lang w:val="pl-PL" w:eastAsia="zh-CN"/>
        </w:rPr>
      </w:pPr>
    </w:p>
    <w:p w14:paraId="749D57A8" w14:textId="02BB186E" w:rsidR="00987A12" w:rsidRPr="009F3505" w:rsidRDefault="00987A12" w:rsidP="00987A12">
      <w:pPr>
        <w:suppressAutoHyphens/>
        <w:spacing w:after="0" w:line="240" w:lineRule="auto"/>
        <w:ind w:right="-11"/>
        <w:jc w:val="both"/>
        <w:rPr>
          <w:rFonts w:ascii="Calibri" w:eastAsia="Times New Roman" w:hAnsi="Calibri" w:cs="Calibri"/>
          <w:lang w:val="pl-PL" w:eastAsia="zh-CN"/>
        </w:rPr>
      </w:pPr>
      <w:r w:rsidRPr="009F3505">
        <w:rPr>
          <w:rFonts w:ascii="Calibri" w:eastAsia="Times New Roman" w:hAnsi="Calibri" w:cs="Calibri"/>
          <w:lang w:val="pl-PL" w:eastAsia="zh-CN"/>
        </w:rPr>
        <w:t>Odpis znajduje się w formie elektronicznej pod następującym adresem internetowym ogólnodostępnej</w:t>
      </w:r>
      <w:r w:rsidR="009F3505">
        <w:rPr>
          <w:rFonts w:ascii="Calibri" w:eastAsia="Times New Roman" w:hAnsi="Calibri" w:cs="Calibri"/>
          <w:lang w:val="pl-PL" w:eastAsia="zh-CN"/>
        </w:rPr>
        <w:t xml:space="preserve"> </w:t>
      </w:r>
      <w:r w:rsidRPr="009F3505">
        <w:rPr>
          <w:rFonts w:ascii="Calibri" w:eastAsia="Times New Roman" w:hAnsi="Calibri" w:cs="Calibri"/>
          <w:lang w:val="pl-PL" w:eastAsia="zh-CN"/>
        </w:rPr>
        <w:t>i bezpłatnej bazy danych: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235"/>
      </w:tblGrid>
      <w:tr w:rsidR="00987A12" w:rsidRPr="00987A12" w14:paraId="795DC46C" w14:textId="77777777" w:rsidTr="00D91BCD"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8B0A1" w14:textId="77777777" w:rsidR="00987A12" w:rsidRPr="00987A12" w:rsidRDefault="00987A12" w:rsidP="00987A12">
            <w:pPr>
              <w:suppressAutoHyphens/>
              <w:snapToGrid w:val="0"/>
              <w:spacing w:after="0" w:line="240" w:lineRule="auto"/>
              <w:ind w:right="-159"/>
              <w:jc w:val="both"/>
              <w:rPr>
                <w:rFonts w:ascii="Calibri" w:eastAsia="Times New Roman" w:hAnsi="Calibri" w:cs="Calibri"/>
                <w:lang w:val="pl-PL" w:eastAsia="zh-CN"/>
              </w:rPr>
            </w:pPr>
          </w:p>
          <w:p w14:paraId="40DD0035" w14:textId="77777777" w:rsidR="00987A12" w:rsidRPr="00987A12" w:rsidRDefault="00987A12" w:rsidP="00987A12">
            <w:pPr>
              <w:suppressAutoHyphens/>
              <w:spacing w:after="0" w:line="240" w:lineRule="auto"/>
              <w:ind w:right="-159"/>
              <w:jc w:val="both"/>
              <w:rPr>
                <w:rFonts w:ascii="Calibri" w:eastAsia="Times New Roman" w:hAnsi="Calibri" w:cs="Calibri"/>
                <w:lang w:val="pl-PL" w:eastAsia="zh-CN"/>
              </w:rPr>
            </w:pPr>
          </w:p>
        </w:tc>
      </w:tr>
    </w:tbl>
    <w:p w14:paraId="1D4554E7" w14:textId="77777777" w:rsidR="00987A12" w:rsidRPr="00987A12" w:rsidRDefault="00987A12" w:rsidP="00987A12">
      <w:pPr>
        <w:suppressAutoHyphens/>
        <w:spacing w:after="0" w:line="240" w:lineRule="auto"/>
        <w:ind w:right="-159"/>
        <w:rPr>
          <w:rFonts w:ascii="Calibri" w:eastAsia="Times New Roman" w:hAnsi="Calibri" w:cs="Calibri"/>
          <w:lang w:val="pl-PL"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4"/>
        <w:gridCol w:w="5549"/>
      </w:tblGrid>
      <w:tr w:rsidR="00987A12" w:rsidRPr="00987A12" w14:paraId="1465A7C2" w14:textId="77777777" w:rsidTr="00D91BCD">
        <w:tc>
          <w:tcPr>
            <w:tcW w:w="3794" w:type="dxa"/>
            <w:tcBorders>
              <w:right w:val="single" w:sz="4" w:space="0" w:color="000000"/>
            </w:tcBorders>
          </w:tcPr>
          <w:p w14:paraId="07D6EA87" w14:textId="77777777" w:rsidR="00987A12" w:rsidRPr="00987A12" w:rsidRDefault="00987A12" w:rsidP="00987A12">
            <w:pPr>
              <w:suppressAutoHyphens/>
              <w:snapToGrid w:val="0"/>
              <w:spacing w:after="0" w:line="240" w:lineRule="auto"/>
              <w:ind w:right="-159"/>
              <w:rPr>
                <w:rFonts w:ascii="Calibri" w:eastAsia="Times New Roman" w:hAnsi="Calibri" w:cs="Calibri"/>
                <w:lang w:val="pl-PL" w:eastAsia="zh-CN"/>
              </w:rPr>
            </w:pPr>
          </w:p>
          <w:p w14:paraId="5AEFF0E4" w14:textId="77777777" w:rsidR="00987A12" w:rsidRPr="00987A12" w:rsidRDefault="00987A12" w:rsidP="00987A12">
            <w:pPr>
              <w:suppressAutoHyphens/>
              <w:spacing w:after="0" w:line="240" w:lineRule="auto"/>
              <w:ind w:right="-159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zh-CN"/>
              </w:rPr>
            </w:pPr>
            <w:r w:rsidRPr="00987A12">
              <w:rPr>
                <w:rFonts w:ascii="Calibri" w:eastAsia="Times New Roman" w:hAnsi="Calibri" w:cs="Calibri"/>
                <w:lang w:val="pl-PL" w:eastAsia="zh-CN"/>
              </w:rPr>
              <w:t>NIP Wykonawcy/*Pełnomocnika:</w:t>
            </w:r>
          </w:p>
        </w:tc>
        <w:tc>
          <w:tcPr>
            <w:tcW w:w="5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4F58" w14:textId="77777777" w:rsidR="00987A12" w:rsidRPr="00987A12" w:rsidRDefault="00987A12" w:rsidP="00987A12">
            <w:pPr>
              <w:suppressAutoHyphens/>
              <w:snapToGrid w:val="0"/>
              <w:spacing w:after="0" w:line="240" w:lineRule="auto"/>
              <w:ind w:right="-159"/>
              <w:rPr>
                <w:rFonts w:ascii="Calibri" w:eastAsia="Times New Roman" w:hAnsi="Calibri" w:cs="Calibri"/>
                <w:lang w:val="pl-PL" w:eastAsia="zh-CN"/>
              </w:rPr>
            </w:pPr>
          </w:p>
        </w:tc>
      </w:tr>
    </w:tbl>
    <w:p w14:paraId="1AE16737" w14:textId="77777777" w:rsidR="00987A12" w:rsidRPr="00987A12" w:rsidRDefault="00987A12" w:rsidP="00987A12">
      <w:pPr>
        <w:suppressAutoHyphens/>
        <w:spacing w:after="0" w:line="240" w:lineRule="auto"/>
        <w:ind w:right="-159"/>
        <w:rPr>
          <w:rFonts w:ascii="Calibri" w:eastAsia="Times New Roman" w:hAnsi="Calibri" w:cs="Calibri"/>
          <w:lang w:val="pl-PL"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4"/>
        <w:gridCol w:w="5549"/>
      </w:tblGrid>
      <w:tr w:rsidR="00987A12" w:rsidRPr="00987A12" w14:paraId="61A65414" w14:textId="77777777" w:rsidTr="00D91BCD">
        <w:tc>
          <w:tcPr>
            <w:tcW w:w="3794" w:type="dxa"/>
            <w:tcBorders>
              <w:right w:val="single" w:sz="4" w:space="0" w:color="000000"/>
            </w:tcBorders>
          </w:tcPr>
          <w:p w14:paraId="54416320" w14:textId="77777777" w:rsidR="00987A12" w:rsidRPr="00987A12" w:rsidRDefault="00987A12" w:rsidP="00987A12">
            <w:pPr>
              <w:suppressAutoHyphens/>
              <w:snapToGrid w:val="0"/>
              <w:spacing w:after="0" w:line="240" w:lineRule="auto"/>
              <w:ind w:right="-159"/>
              <w:rPr>
                <w:rFonts w:ascii="Calibri" w:eastAsia="Times New Roman" w:hAnsi="Calibri" w:cs="Calibri"/>
                <w:lang w:val="pl-PL" w:eastAsia="zh-CN"/>
              </w:rPr>
            </w:pPr>
          </w:p>
          <w:p w14:paraId="6B849AAA" w14:textId="77777777" w:rsidR="00987A12" w:rsidRPr="00987A12" w:rsidRDefault="00987A12" w:rsidP="00987A12">
            <w:pPr>
              <w:suppressAutoHyphens/>
              <w:spacing w:after="0" w:line="240" w:lineRule="auto"/>
              <w:ind w:right="-159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zh-CN"/>
              </w:rPr>
            </w:pPr>
            <w:r w:rsidRPr="00987A12">
              <w:rPr>
                <w:rFonts w:ascii="Calibri" w:eastAsia="Times New Roman" w:hAnsi="Calibri" w:cs="Calibri"/>
                <w:lang w:val="pl-PL" w:eastAsia="zh-CN"/>
              </w:rPr>
              <w:t>REGON Wykonawcy/*Pełnomocnika:</w:t>
            </w:r>
          </w:p>
        </w:tc>
        <w:tc>
          <w:tcPr>
            <w:tcW w:w="5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E5601" w14:textId="77777777" w:rsidR="00987A12" w:rsidRPr="00987A12" w:rsidRDefault="00987A12" w:rsidP="00987A12">
            <w:pPr>
              <w:suppressAutoHyphens/>
              <w:snapToGrid w:val="0"/>
              <w:spacing w:after="0" w:line="240" w:lineRule="auto"/>
              <w:ind w:right="-159"/>
              <w:rPr>
                <w:rFonts w:ascii="Calibri" w:eastAsia="Times New Roman" w:hAnsi="Calibri" w:cs="Calibri"/>
                <w:lang w:val="pl-PL" w:eastAsia="zh-CN"/>
              </w:rPr>
            </w:pPr>
          </w:p>
        </w:tc>
      </w:tr>
    </w:tbl>
    <w:p w14:paraId="44F47CCD" w14:textId="77777777" w:rsidR="00987A12" w:rsidRPr="00987A12" w:rsidRDefault="00987A12" w:rsidP="00987A12">
      <w:pPr>
        <w:suppressAutoHyphens/>
        <w:spacing w:after="0" w:line="240" w:lineRule="auto"/>
        <w:ind w:right="-159"/>
        <w:rPr>
          <w:rFonts w:ascii="Calibri" w:eastAsia="Times New Roman" w:hAnsi="Calibri" w:cs="Calibri"/>
          <w:lang w:val="pl-PL"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7959"/>
      </w:tblGrid>
      <w:tr w:rsidR="00987A12" w:rsidRPr="00987A12" w14:paraId="69EE0BD3" w14:textId="77777777" w:rsidTr="00D91BCD">
        <w:tc>
          <w:tcPr>
            <w:tcW w:w="1384" w:type="dxa"/>
            <w:tcBorders>
              <w:right w:val="single" w:sz="4" w:space="0" w:color="000000"/>
            </w:tcBorders>
          </w:tcPr>
          <w:p w14:paraId="72648FC6" w14:textId="77777777" w:rsidR="00987A12" w:rsidRPr="00987A12" w:rsidRDefault="00987A12" w:rsidP="00987A12">
            <w:pPr>
              <w:suppressAutoHyphens/>
              <w:snapToGrid w:val="0"/>
              <w:spacing w:after="0" w:line="240" w:lineRule="auto"/>
              <w:ind w:right="-159"/>
              <w:rPr>
                <w:rFonts w:ascii="Calibri" w:eastAsia="Times New Roman" w:hAnsi="Calibri" w:cs="Calibri"/>
                <w:lang w:val="pl-PL" w:eastAsia="zh-CN"/>
              </w:rPr>
            </w:pPr>
          </w:p>
          <w:p w14:paraId="16EC8DD4" w14:textId="77777777" w:rsidR="00987A12" w:rsidRPr="00987A12" w:rsidRDefault="00987A12" w:rsidP="00987A12">
            <w:pPr>
              <w:suppressAutoHyphens/>
              <w:spacing w:after="0" w:line="240" w:lineRule="auto"/>
              <w:ind w:right="-159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zh-CN"/>
              </w:rPr>
            </w:pPr>
            <w:r w:rsidRPr="00987A12">
              <w:rPr>
                <w:rFonts w:ascii="Calibri" w:eastAsia="Times New Roman" w:hAnsi="Calibri" w:cs="Calibri"/>
                <w:lang w:val="pl-PL" w:eastAsia="zh-CN"/>
              </w:rPr>
              <w:t>Nr telefonu: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AAE7" w14:textId="77777777" w:rsidR="00987A12" w:rsidRPr="00987A12" w:rsidRDefault="00987A12" w:rsidP="00987A12">
            <w:pPr>
              <w:suppressAutoHyphens/>
              <w:snapToGrid w:val="0"/>
              <w:spacing w:after="0" w:line="240" w:lineRule="auto"/>
              <w:ind w:right="-159"/>
              <w:rPr>
                <w:rFonts w:ascii="Calibri" w:eastAsia="Times New Roman" w:hAnsi="Calibri" w:cs="Calibri"/>
                <w:lang w:val="pl-PL" w:eastAsia="zh-CN"/>
              </w:rPr>
            </w:pPr>
          </w:p>
        </w:tc>
      </w:tr>
    </w:tbl>
    <w:p w14:paraId="6C48886C" w14:textId="77777777" w:rsidR="00987A12" w:rsidRPr="00987A12" w:rsidRDefault="00987A12" w:rsidP="00987A12">
      <w:pPr>
        <w:suppressAutoHyphens/>
        <w:spacing w:after="0" w:line="240" w:lineRule="auto"/>
        <w:ind w:right="-159"/>
        <w:jc w:val="center"/>
        <w:rPr>
          <w:rFonts w:ascii="Calibri" w:eastAsia="Times New Roman" w:hAnsi="Calibri" w:cs="Calibri"/>
          <w:lang w:val="pl-PL" w:eastAsia="zh-CN"/>
        </w:rPr>
      </w:pPr>
      <w:r w:rsidRPr="00987A12">
        <w:rPr>
          <w:rFonts w:ascii="Calibri" w:eastAsia="Calibri" w:hAnsi="Calibri" w:cs="Calibri"/>
          <w:lang w:val="pl-PL" w:eastAsia="zh-CN"/>
        </w:rPr>
        <w:t xml:space="preserve">               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7959"/>
      </w:tblGrid>
      <w:tr w:rsidR="00987A12" w:rsidRPr="00987A12" w14:paraId="084FAFF6" w14:textId="77777777" w:rsidTr="00D91BCD">
        <w:tc>
          <w:tcPr>
            <w:tcW w:w="1384" w:type="dxa"/>
            <w:tcBorders>
              <w:right w:val="single" w:sz="4" w:space="0" w:color="000000"/>
            </w:tcBorders>
          </w:tcPr>
          <w:p w14:paraId="35A69138" w14:textId="77777777" w:rsidR="00987A12" w:rsidRPr="00987A12" w:rsidRDefault="00987A12" w:rsidP="00987A12">
            <w:pPr>
              <w:suppressAutoHyphens/>
              <w:snapToGrid w:val="0"/>
              <w:spacing w:after="0" w:line="240" w:lineRule="auto"/>
              <w:ind w:right="-159"/>
              <w:rPr>
                <w:rFonts w:ascii="Calibri" w:eastAsia="Times New Roman" w:hAnsi="Calibri" w:cs="Calibri"/>
                <w:lang w:val="pl-PL" w:eastAsia="zh-CN"/>
              </w:rPr>
            </w:pPr>
          </w:p>
          <w:p w14:paraId="521DE018" w14:textId="77777777" w:rsidR="00987A12" w:rsidRPr="00987A12" w:rsidRDefault="00987A12" w:rsidP="00987A12">
            <w:pPr>
              <w:suppressAutoHyphens/>
              <w:spacing w:after="0" w:line="240" w:lineRule="auto"/>
              <w:ind w:right="-159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zh-CN"/>
              </w:rPr>
            </w:pPr>
            <w:r w:rsidRPr="00987A12">
              <w:rPr>
                <w:rFonts w:ascii="Calibri" w:eastAsia="Times New Roman" w:hAnsi="Calibri" w:cs="Calibri"/>
                <w:lang w:val="pl-PL" w:eastAsia="zh-CN"/>
              </w:rPr>
              <w:t>e-mail:</w:t>
            </w:r>
          </w:p>
        </w:tc>
        <w:tc>
          <w:tcPr>
            <w:tcW w:w="7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CEE2" w14:textId="77777777" w:rsidR="00987A12" w:rsidRPr="00987A12" w:rsidRDefault="00987A12" w:rsidP="00987A12">
            <w:pPr>
              <w:suppressAutoHyphens/>
              <w:snapToGrid w:val="0"/>
              <w:spacing w:after="0" w:line="240" w:lineRule="auto"/>
              <w:ind w:right="-159"/>
              <w:rPr>
                <w:rFonts w:ascii="Calibri" w:eastAsia="Times New Roman" w:hAnsi="Calibri" w:cs="Calibri"/>
                <w:lang w:val="pl-PL" w:eastAsia="zh-CN"/>
              </w:rPr>
            </w:pPr>
          </w:p>
        </w:tc>
      </w:tr>
    </w:tbl>
    <w:p w14:paraId="741E2D81" w14:textId="77777777" w:rsidR="00987A12" w:rsidRPr="00987A12" w:rsidRDefault="00987A12" w:rsidP="00987A12">
      <w:pPr>
        <w:suppressAutoHyphens/>
        <w:spacing w:after="0" w:line="240" w:lineRule="auto"/>
        <w:ind w:right="-159"/>
        <w:jc w:val="both"/>
        <w:rPr>
          <w:rFonts w:ascii="Calibri" w:eastAsia="Times New Roman" w:hAnsi="Calibri" w:cs="Calibri"/>
          <w:lang w:val="pl-PL" w:eastAsia="zh-CN"/>
        </w:rPr>
      </w:pPr>
    </w:p>
    <w:p w14:paraId="01CE2914" w14:textId="2A47B100" w:rsidR="00762474" w:rsidRPr="009452C1" w:rsidRDefault="00A15DCB" w:rsidP="00987A12">
      <w:pPr>
        <w:suppressAutoHyphens/>
        <w:spacing w:after="0"/>
        <w:jc w:val="both"/>
        <w:rPr>
          <w:rFonts w:asciiTheme="majorHAnsi" w:eastAsia="Cambria" w:hAnsiTheme="majorHAnsi" w:cstheme="majorHAnsi"/>
          <w:bCs/>
          <w:lang w:val="pl-PL" w:eastAsia="zh-CN"/>
        </w:rPr>
      </w:pPr>
      <w:r w:rsidRPr="009452C1">
        <w:rPr>
          <w:rFonts w:asciiTheme="majorHAnsi" w:eastAsia="Cambria" w:hAnsiTheme="majorHAnsi" w:cstheme="majorHAnsi"/>
          <w:bCs/>
          <w:lang w:val="pl-PL" w:eastAsia="zh-CN"/>
        </w:rPr>
        <w:t>„</w:t>
      </w:r>
      <w:proofErr w:type="spellStart"/>
      <w:r w:rsidR="00FC47C4" w:rsidRPr="009452C1">
        <w:rPr>
          <w:rFonts w:asciiTheme="majorHAnsi" w:hAnsiTheme="majorHAnsi" w:cstheme="majorHAnsi"/>
          <w:bCs/>
        </w:rPr>
        <w:t>Udzielenie</w:t>
      </w:r>
      <w:proofErr w:type="spellEnd"/>
      <w:r w:rsidR="00FC47C4" w:rsidRPr="009452C1">
        <w:rPr>
          <w:rFonts w:asciiTheme="majorHAnsi" w:hAnsiTheme="majorHAnsi" w:cstheme="majorHAnsi"/>
          <w:bCs/>
        </w:rPr>
        <w:t xml:space="preserve"> </w:t>
      </w:r>
      <w:proofErr w:type="spellStart"/>
      <w:r w:rsidR="00FC47C4" w:rsidRPr="009452C1">
        <w:rPr>
          <w:rFonts w:asciiTheme="majorHAnsi" w:hAnsiTheme="majorHAnsi" w:cstheme="majorHAnsi"/>
          <w:bCs/>
        </w:rPr>
        <w:t>pożyczki</w:t>
      </w:r>
      <w:proofErr w:type="spellEnd"/>
      <w:r w:rsidR="00FC47C4" w:rsidRPr="009452C1">
        <w:rPr>
          <w:rFonts w:asciiTheme="majorHAnsi" w:hAnsiTheme="majorHAnsi" w:cstheme="majorHAnsi"/>
          <w:bCs/>
        </w:rPr>
        <w:t xml:space="preserve"> </w:t>
      </w:r>
      <w:proofErr w:type="spellStart"/>
      <w:r w:rsidR="00FC47C4" w:rsidRPr="009452C1">
        <w:rPr>
          <w:rFonts w:asciiTheme="majorHAnsi" w:hAnsiTheme="majorHAnsi" w:cstheme="majorHAnsi"/>
          <w:bCs/>
        </w:rPr>
        <w:t>refinansującej</w:t>
      </w:r>
      <w:proofErr w:type="spellEnd"/>
      <w:r w:rsidR="00FC47C4" w:rsidRPr="009452C1">
        <w:rPr>
          <w:rFonts w:asciiTheme="majorHAnsi" w:hAnsiTheme="majorHAnsi" w:cstheme="majorHAnsi"/>
          <w:bCs/>
        </w:rPr>
        <w:t xml:space="preserve"> w </w:t>
      </w:r>
      <w:proofErr w:type="spellStart"/>
      <w:r w:rsidR="00FC47C4" w:rsidRPr="009452C1">
        <w:rPr>
          <w:rFonts w:asciiTheme="majorHAnsi" w:hAnsiTheme="majorHAnsi" w:cstheme="majorHAnsi"/>
          <w:bCs/>
        </w:rPr>
        <w:t>wysokości</w:t>
      </w:r>
      <w:proofErr w:type="spellEnd"/>
      <w:r w:rsidR="00FC47C4" w:rsidRPr="009452C1">
        <w:rPr>
          <w:rFonts w:asciiTheme="majorHAnsi" w:hAnsiTheme="majorHAnsi" w:cstheme="majorHAnsi"/>
          <w:bCs/>
        </w:rPr>
        <w:t xml:space="preserve"> 30 000 000,00 </w:t>
      </w:r>
      <w:proofErr w:type="spellStart"/>
      <w:r w:rsidR="00FC47C4" w:rsidRPr="009452C1">
        <w:rPr>
          <w:rFonts w:asciiTheme="majorHAnsi" w:hAnsiTheme="majorHAnsi" w:cstheme="majorHAnsi"/>
          <w:bCs/>
        </w:rPr>
        <w:t>zł</w:t>
      </w:r>
      <w:proofErr w:type="spellEnd"/>
      <w:r w:rsidRPr="009452C1">
        <w:rPr>
          <w:rFonts w:asciiTheme="majorHAnsi" w:eastAsia="Cambria" w:hAnsiTheme="majorHAnsi" w:cstheme="majorHAnsi"/>
          <w:bCs/>
          <w:lang w:val="pl-PL" w:eastAsia="zh-CN"/>
        </w:rPr>
        <w:t>”</w:t>
      </w:r>
      <w:r w:rsidR="00762474" w:rsidRPr="009452C1">
        <w:rPr>
          <w:rFonts w:asciiTheme="majorHAnsi" w:eastAsia="Cambria" w:hAnsiTheme="majorHAnsi" w:cstheme="majorHAnsi"/>
          <w:bCs/>
          <w:lang w:val="pl-PL" w:eastAsia="zh-CN"/>
        </w:rPr>
        <w:t>.</w:t>
      </w:r>
    </w:p>
    <w:p w14:paraId="44C4B675" w14:textId="6EC84CE6" w:rsidR="00987A12" w:rsidRPr="009452C1" w:rsidRDefault="00762474" w:rsidP="00987A12">
      <w:pPr>
        <w:suppressAutoHyphens/>
        <w:spacing w:after="0"/>
        <w:jc w:val="both"/>
        <w:rPr>
          <w:rFonts w:ascii="Calibri" w:eastAsia="Times New Roman" w:hAnsi="Calibri" w:cs="Calibri"/>
          <w:b/>
          <w:lang w:val="pl-PL" w:eastAsia="zh-CN"/>
        </w:rPr>
      </w:pPr>
      <w:r w:rsidRPr="009452C1">
        <w:rPr>
          <w:rFonts w:ascii="Calibri" w:eastAsia="Times New Roman" w:hAnsi="Calibri" w:cs="Calibri"/>
          <w:lang w:val="pl-PL" w:eastAsia="zh-CN"/>
        </w:rPr>
        <w:t>O</w:t>
      </w:r>
      <w:r w:rsidR="00987A12" w:rsidRPr="009452C1">
        <w:rPr>
          <w:rFonts w:ascii="Calibri" w:eastAsia="Times New Roman" w:hAnsi="Calibri" w:cs="Calibri"/>
          <w:lang w:val="pl-PL" w:eastAsia="zh-CN"/>
        </w:rPr>
        <w:t>ferujemy realizację zamówienia zgodnie z Opisem przedmiotu zamówienia, za poniższą kwotę:</w:t>
      </w:r>
    </w:p>
    <w:p w14:paraId="012668E5" w14:textId="4E301FE6" w:rsidR="009452C1" w:rsidRPr="009452C1" w:rsidRDefault="009452C1" w:rsidP="00987A12">
      <w:pPr>
        <w:suppressAutoHyphens/>
        <w:spacing w:after="0" w:line="240" w:lineRule="auto"/>
        <w:rPr>
          <w:rFonts w:ascii="Calibri" w:eastAsia="Times New Roman" w:hAnsi="Calibri" w:cs="Calibri"/>
          <w:color w:val="C9211E"/>
          <w:lang w:val="pl-PL" w:eastAsia="zh-CN"/>
        </w:rPr>
      </w:pPr>
    </w:p>
    <w:p w14:paraId="4B349394" w14:textId="341EFEAC" w:rsidR="00987A12" w:rsidRPr="009452C1" w:rsidRDefault="009452C1" w:rsidP="00987A12">
      <w:pPr>
        <w:suppressAutoHyphens/>
        <w:spacing w:after="0" w:line="240" w:lineRule="auto"/>
        <w:rPr>
          <w:rFonts w:ascii="Calibri" w:eastAsia="Times New Roman" w:hAnsi="Calibri" w:cs="Calibri"/>
          <w:b/>
          <w:color w:val="C9211E"/>
          <w:lang w:val="pl-PL" w:eastAsia="zh-CN"/>
        </w:rPr>
      </w:pPr>
      <w:r w:rsidRPr="009452C1">
        <w:rPr>
          <w:rFonts w:ascii="Calibri" w:eastAsia="Times New Roman" w:hAnsi="Calibri" w:cs="Calibri"/>
          <w:b/>
          <w:color w:val="C9211E"/>
          <w:lang w:val="pl-PL" w:eastAsia="zh-CN"/>
        </w:rPr>
        <w:t>Suma rat odsetkowych w całym okresie wyliczona na podstawie oprocentowania (</w:t>
      </w:r>
      <w:proofErr w:type="spellStart"/>
      <w:r w:rsidRPr="009452C1">
        <w:rPr>
          <w:rFonts w:ascii="Calibri" w:eastAsia="Times New Roman" w:hAnsi="Calibri" w:cs="Calibri"/>
          <w:b/>
          <w:color w:val="C9211E"/>
          <w:lang w:val="pl-PL" w:eastAsia="zh-CN"/>
        </w:rPr>
        <w:t>wibor</w:t>
      </w:r>
      <w:proofErr w:type="spellEnd"/>
      <w:r w:rsidRPr="009452C1">
        <w:rPr>
          <w:rFonts w:ascii="Calibri" w:eastAsia="Times New Roman" w:hAnsi="Calibri" w:cs="Calibri"/>
          <w:b/>
          <w:color w:val="C9211E"/>
          <w:lang w:val="pl-PL" w:eastAsia="zh-CN"/>
        </w:rPr>
        <w:t xml:space="preserve"> 3M + marża Oferenta): ……………………………………………… PLN </w:t>
      </w:r>
    </w:p>
    <w:p w14:paraId="3B0E75E0" w14:textId="77777777" w:rsidR="008C018D" w:rsidRPr="009452C1" w:rsidRDefault="008C018D" w:rsidP="00987A12">
      <w:pPr>
        <w:suppressAutoHyphens/>
        <w:spacing w:after="0" w:line="240" w:lineRule="auto"/>
        <w:rPr>
          <w:rFonts w:ascii="Calibri" w:eastAsia="Times New Roman" w:hAnsi="Calibri" w:cs="Calibri"/>
          <w:color w:val="C9211E"/>
          <w:lang w:val="pl-PL" w:eastAsia="zh-CN"/>
        </w:rPr>
      </w:pPr>
    </w:p>
    <w:p w14:paraId="31B3913A" w14:textId="77777777" w:rsidR="008C018D" w:rsidRPr="009452C1" w:rsidRDefault="008C018D" w:rsidP="00553FE0">
      <w:pPr>
        <w:numPr>
          <w:ilvl w:val="0"/>
          <w:numId w:val="11"/>
        </w:numPr>
        <w:suppressAutoHyphens/>
        <w:spacing w:after="120" w:line="240" w:lineRule="auto"/>
        <w:ind w:left="0" w:hanging="284"/>
        <w:jc w:val="both"/>
        <w:rPr>
          <w:rFonts w:ascii="Calibri" w:eastAsia="Times New Roman" w:hAnsi="Calibri" w:cs="Calibri"/>
          <w:lang w:val="pl-PL" w:eastAsia="zh-CN"/>
        </w:rPr>
      </w:pPr>
      <w:r w:rsidRPr="009452C1">
        <w:rPr>
          <w:rFonts w:ascii="Calibri" w:eastAsia="Times New Roman" w:hAnsi="Calibri" w:cs="Calibri"/>
          <w:lang w:val="pl-PL" w:eastAsia="zh-CN"/>
        </w:rPr>
        <w:t xml:space="preserve">W cenie oferty zostały uwzględnione wszystkie koszty wykonania zamówienia i przyszłej umowy oraz </w:t>
      </w:r>
      <w:r w:rsidRPr="009452C1">
        <w:rPr>
          <w:rFonts w:ascii="Calibri" w:eastAsia="Calibri" w:hAnsi="Calibri" w:cs="Calibri"/>
          <w:lang w:val="pl-PL"/>
        </w:rPr>
        <w:t xml:space="preserve">w ofercie nie została zastosowana cena dumpingowa i oferta nie stanowi czynu nieuczciwej konkurencji, zgodnie z </w:t>
      </w:r>
      <w:r w:rsidRPr="009452C1">
        <w:rPr>
          <w:rFonts w:ascii="Calibri" w:eastAsia="Calibri" w:hAnsi="Calibri" w:cs="Calibri"/>
          <w:i/>
          <w:lang w:val="pl-PL"/>
        </w:rPr>
        <w:t>Rozdziałem 2</w:t>
      </w:r>
      <w:r w:rsidRPr="009452C1">
        <w:rPr>
          <w:rFonts w:ascii="Calibri" w:eastAsia="Calibri" w:hAnsi="Calibri" w:cs="Calibri"/>
          <w:lang w:val="pl-PL"/>
        </w:rPr>
        <w:t xml:space="preserve"> ustawy z dnia 16 kwietnia 1993 r. o zwalczaniu nieuczciwej konkurencji (</w:t>
      </w:r>
      <w:proofErr w:type="spellStart"/>
      <w:r w:rsidRPr="009452C1">
        <w:rPr>
          <w:rFonts w:ascii="Calibri" w:eastAsia="Calibri" w:hAnsi="Calibri" w:cs="Calibri"/>
          <w:lang w:val="pl-PL"/>
        </w:rPr>
        <w:t>t.j</w:t>
      </w:r>
      <w:proofErr w:type="spellEnd"/>
      <w:r w:rsidRPr="009452C1">
        <w:rPr>
          <w:rFonts w:ascii="Calibri" w:eastAsia="Calibri" w:hAnsi="Calibri" w:cs="Calibri"/>
          <w:lang w:val="pl-PL"/>
        </w:rPr>
        <w:t>.: Dz. U. z 2022 r., poz. 1233 ze zm.).</w:t>
      </w:r>
    </w:p>
    <w:p w14:paraId="50D72780" w14:textId="77777777" w:rsidR="008C018D" w:rsidRPr="00553FE0" w:rsidRDefault="008C018D" w:rsidP="00553FE0">
      <w:pPr>
        <w:numPr>
          <w:ilvl w:val="0"/>
          <w:numId w:val="11"/>
        </w:numPr>
        <w:suppressAutoHyphens/>
        <w:spacing w:after="120" w:line="240" w:lineRule="auto"/>
        <w:ind w:left="-284" w:firstLine="0"/>
        <w:jc w:val="both"/>
        <w:rPr>
          <w:rFonts w:ascii="Calibri" w:eastAsia="Times New Roman" w:hAnsi="Calibri" w:cs="Calibri"/>
          <w:lang w:val="pl-PL" w:eastAsia="zh-CN"/>
        </w:rPr>
      </w:pPr>
      <w:r w:rsidRPr="00553FE0">
        <w:rPr>
          <w:rFonts w:ascii="Calibri" w:eastAsia="Times New Roman" w:hAnsi="Calibri" w:cs="Calibri"/>
          <w:lang w:val="pl-PL" w:eastAsia="zh-CN"/>
        </w:rPr>
        <w:t>Oświadczamy, że:</w:t>
      </w:r>
    </w:p>
    <w:p w14:paraId="691333A3" w14:textId="77777777" w:rsidR="008C018D" w:rsidRPr="00553FE0" w:rsidRDefault="008C018D" w:rsidP="00553FE0">
      <w:pPr>
        <w:numPr>
          <w:ilvl w:val="0"/>
          <w:numId w:val="12"/>
        </w:numPr>
        <w:suppressAutoHyphens/>
        <w:spacing w:after="120" w:line="240" w:lineRule="auto"/>
        <w:jc w:val="both"/>
        <w:rPr>
          <w:rFonts w:ascii="Calibri" w:eastAsia="Times New Roman" w:hAnsi="Calibri" w:cs="Calibri"/>
          <w:lang w:val="pl-PL" w:eastAsia="zh-CN"/>
        </w:rPr>
      </w:pPr>
      <w:r w:rsidRPr="00553FE0">
        <w:rPr>
          <w:rFonts w:ascii="Calibri" w:eastAsia="Times New Roman" w:hAnsi="Calibri" w:cs="Calibri"/>
          <w:lang w:val="pl-PL" w:eastAsia="zh-CN"/>
        </w:rPr>
        <w:t>Zapoznaliśmy się z opisem przedmiotu zamówienia i nie wnosimy w stosunku do niego żadnych uwag w przypadku wyboru naszej oferty wykonamy zamówienie zgodnie z opisem przedmiotu zamówienia.</w:t>
      </w:r>
    </w:p>
    <w:p w14:paraId="1B06F592" w14:textId="77777777" w:rsidR="00CB4C3B" w:rsidRDefault="00FC47C4" w:rsidP="00553FE0">
      <w:pPr>
        <w:numPr>
          <w:ilvl w:val="0"/>
          <w:numId w:val="12"/>
        </w:numPr>
        <w:suppressAutoHyphens/>
        <w:spacing w:after="120" w:line="240" w:lineRule="auto"/>
        <w:jc w:val="both"/>
        <w:rPr>
          <w:rFonts w:ascii="Calibri" w:eastAsia="Times New Roman" w:hAnsi="Calibri" w:cs="Calibri"/>
          <w:lang w:val="pl-PL" w:eastAsia="zh-CN"/>
        </w:rPr>
      </w:pPr>
      <w:r>
        <w:rPr>
          <w:rFonts w:ascii="Calibri" w:eastAsia="Times New Roman" w:hAnsi="Calibri" w:cs="Calibri"/>
          <w:lang w:val="pl-PL" w:eastAsia="zh-CN"/>
        </w:rPr>
        <w:t>W terminie 3 dni od otrzymania powiadomienia o wyborze naszej oferty przekażemy Zamawiającemu wzór umowy</w:t>
      </w:r>
      <w:r w:rsidR="00CB4C3B">
        <w:rPr>
          <w:rFonts w:ascii="Calibri" w:eastAsia="Times New Roman" w:hAnsi="Calibri" w:cs="Calibri"/>
          <w:lang w:val="pl-PL" w:eastAsia="zh-CN"/>
        </w:rPr>
        <w:t xml:space="preserve"> z uwzględnieniem wszystkich wymagań Zamawiającego wskazanych w dokumentacji postępowania</w:t>
      </w:r>
      <w:r w:rsidR="008C018D" w:rsidRPr="00553FE0">
        <w:rPr>
          <w:rFonts w:ascii="Calibri" w:eastAsia="Times New Roman" w:hAnsi="Calibri" w:cs="Calibri"/>
          <w:lang w:val="pl-PL" w:eastAsia="zh-CN"/>
        </w:rPr>
        <w:t xml:space="preserve">. </w:t>
      </w:r>
    </w:p>
    <w:p w14:paraId="20B0E1C3" w14:textId="5C9D565C" w:rsidR="008C018D" w:rsidRPr="00553FE0" w:rsidRDefault="008C018D" w:rsidP="00553FE0">
      <w:pPr>
        <w:numPr>
          <w:ilvl w:val="0"/>
          <w:numId w:val="12"/>
        </w:numPr>
        <w:suppressAutoHyphens/>
        <w:spacing w:after="120" w:line="240" w:lineRule="auto"/>
        <w:jc w:val="both"/>
        <w:rPr>
          <w:rFonts w:ascii="Calibri" w:eastAsia="Times New Roman" w:hAnsi="Calibri" w:cs="Calibri"/>
          <w:lang w:val="pl-PL" w:eastAsia="zh-CN"/>
        </w:rPr>
      </w:pPr>
      <w:r w:rsidRPr="00553FE0">
        <w:rPr>
          <w:rFonts w:ascii="Calibri" w:eastAsia="Times New Roman" w:hAnsi="Calibri" w:cs="Calibri"/>
          <w:lang w:val="pl-PL" w:eastAsia="zh-CN"/>
        </w:rPr>
        <w:t xml:space="preserve">Zobowiązujemy się w przypadku przyznania nam zamówienia do zawarcia umowy w miejscu i terminie wyznaczonym przez Zamawiającego. </w:t>
      </w:r>
    </w:p>
    <w:p w14:paraId="3CD1BEBF" w14:textId="77777777" w:rsidR="008C018D" w:rsidRPr="00553FE0" w:rsidRDefault="008C018D" w:rsidP="00553FE0">
      <w:pPr>
        <w:numPr>
          <w:ilvl w:val="0"/>
          <w:numId w:val="12"/>
        </w:numPr>
        <w:suppressAutoHyphens/>
        <w:spacing w:after="120" w:line="240" w:lineRule="auto"/>
        <w:jc w:val="both"/>
        <w:rPr>
          <w:rFonts w:ascii="Calibri" w:eastAsia="Times New Roman" w:hAnsi="Calibri" w:cs="Calibri"/>
          <w:lang w:val="x-none" w:eastAsia="zh-CN"/>
        </w:rPr>
      </w:pPr>
      <w:r w:rsidRPr="00553FE0">
        <w:rPr>
          <w:rFonts w:ascii="Calibri" w:eastAsia="Times New Roman" w:hAnsi="Calibri" w:cs="Calibri"/>
          <w:spacing w:val="-1"/>
          <w:lang w:val="x-none" w:eastAsia="zh-CN"/>
        </w:rPr>
        <w:lastRenderedPageBreak/>
        <w:t>Na dzień składania ofert spełniam/y</w:t>
      </w:r>
      <w:r w:rsidRPr="00553FE0">
        <w:rPr>
          <w:rFonts w:ascii="Calibri" w:eastAsia="Times New Roman" w:hAnsi="Calibri" w:cs="Calibri"/>
          <w:spacing w:val="20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spacing w:val="-1"/>
          <w:lang w:val="x-none" w:eastAsia="zh-CN"/>
        </w:rPr>
        <w:t>warunki</w:t>
      </w:r>
      <w:r w:rsidRPr="00553FE0">
        <w:rPr>
          <w:rFonts w:ascii="Calibri" w:eastAsia="Times New Roman" w:hAnsi="Calibri" w:cs="Calibri"/>
          <w:spacing w:val="22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spacing w:val="-1"/>
          <w:lang w:val="x-none" w:eastAsia="zh-CN"/>
        </w:rPr>
        <w:t>udziału</w:t>
      </w:r>
      <w:r w:rsidRPr="00553FE0">
        <w:rPr>
          <w:rFonts w:ascii="Calibri" w:eastAsia="Times New Roman" w:hAnsi="Calibri" w:cs="Calibri"/>
          <w:spacing w:val="22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lang w:val="x-none" w:eastAsia="zh-CN"/>
        </w:rPr>
        <w:t>w</w:t>
      </w:r>
      <w:r w:rsidRPr="00553FE0">
        <w:rPr>
          <w:rFonts w:ascii="Calibri" w:eastAsia="Times New Roman" w:hAnsi="Calibri" w:cs="Calibri"/>
          <w:spacing w:val="19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spacing w:val="-1"/>
          <w:lang w:val="x-none" w:eastAsia="zh-CN"/>
        </w:rPr>
        <w:t>postępowaniu</w:t>
      </w:r>
      <w:r w:rsidRPr="00553FE0">
        <w:rPr>
          <w:rFonts w:ascii="Calibri" w:eastAsia="Times New Roman" w:hAnsi="Calibri" w:cs="Calibri"/>
          <w:spacing w:val="22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spacing w:val="-1"/>
          <w:lang w:val="x-none" w:eastAsia="zh-CN"/>
        </w:rPr>
        <w:t>określone</w:t>
      </w:r>
      <w:r w:rsidRPr="00553FE0">
        <w:rPr>
          <w:rFonts w:ascii="Calibri" w:eastAsia="Times New Roman" w:hAnsi="Calibri" w:cs="Calibri"/>
          <w:spacing w:val="22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spacing w:val="-1"/>
          <w:lang w:val="x-none" w:eastAsia="zh-CN"/>
        </w:rPr>
        <w:t>przez</w:t>
      </w:r>
      <w:r w:rsidRPr="00553FE0">
        <w:rPr>
          <w:rFonts w:ascii="Calibri" w:eastAsia="Times New Roman" w:hAnsi="Calibri" w:cs="Calibri"/>
          <w:spacing w:val="20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spacing w:val="-1"/>
          <w:lang w:val="x-none" w:eastAsia="zh-CN"/>
        </w:rPr>
        <w:t>Zamawiającego</w:t>
      </w:r>
      <w:r w:rsidRPr="00553FE0">
        <w:rPr>
          <w:rFonts w:ascii="Calibri" w:eastAsia="Times New Roman" w:hAnsi="Calibri" w:cs="Calibri"/>
          <w:lang w:val="x-none" w:eastAsia="zh-CN"/>
        </w:rPr>
        <w:t xml:space="preserve">, </w:t>
      </w:r>
      <w:r w:rsidRPr="00553FE0">
        <w:rPr>
          <w:rFonts w:ascii="Calibri" w:eastAsia="Arial" w:hAnsi="Calibri" w:cs="Calibri"/>
          <w:bCs/>
          <w:lang w:val="x-none" w:eastAsia="zh-CN"/>
        </w:rPr>
        <w:t xml:space="preserve">jak również oświadczam/y, </w:t>
      </w:r>
      <w:r w:rsidRPr="00553FE0">
        <w:rPr>
          <w:rFonts w:ascii="Calibri" w:eastAsia="Times New Roman" w:hAnsi="Calibri" w:cs="Calibri"/>
          <w:spacing w:val="-1"/>
          <w:lang w:val="x-none" w:eastAsia="zh-CN"/>
        </w:rPr>
        <w:t>że</w:t>
      </w:r>
      <w:r w:rsidRPr="00553FE0">
        <w:rPr>
          <w:rFonts w:ascii="Calibri" w:eastAsia="Times New Roman" w:hAnsi="Calibri" w:cs="Calibri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spacing w:val="-1"/>
          <w:lang w:val="x-none" w:eastAsia="zh-CN"/>
        </w:rPr>
        <w:t>wszystkie</w:t>
      </w:r>
      <w:r w:rsidRPr="00553FE0">
        <w:rPr>
          <w:rFonts w:ascii="Calibri" w:eastAsia="Times New Roman" w:hAnsi="Calibri" w:cs="Calibri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spacing w:val="-1"/>
          <w:lang w:val="x-none" w:eastAsia="zh-CN"/>
        </w:rPr>
        <w:t>informacje</w:t>
      </w:r>
      <w:r w:rsidRPr="00553FE0">
        <w:rPr>
          <w:rFonts w:ascii="Calibri" w:eastAsia="Times New Roman" w:hAnsi="Calibri" w:cs="Calibri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spacing w:val="-1"/>
          <w:lang w:val="x-none" w:eastAsia="zh-CN"/>
        </w:rPr>
        <w:t>podane</w:t>
      </w:r>
      <w:r w:rsidRPr="00553FE0">
        <w:rPr>
          <w:rFonts w:ascii="Calibri" w:eastAsia="Times New Roman" w:hAnsi="Calibri" w:cs="Calibri"/>
          <w:spacing w:val="14"/>
          <w:lang w:val="x-none" w:eastAsia="zh-CN"/>
        </w:rPr>
        <w:t xml:space="preserve"> w </w:t>
      </w:r>
      <w:r w:rsidRPr="00553FE0">
        <w:rPr>
          <w:rFonts w:ascii="Calibri" w:eastAsia="Times New Roman" w:hAnsi="Calibri" w:cs="Calibri"/>
          <w:lang w:val="x-none" w:eastAsia="zh-CN"/>
        </w:rPr>
        <w:t xml:space="preserve">przedmiotowym postępowaniu </w:t>
      </w:r>
      <w:r w:rsidRPr="00553FE0">
        <w:rPr>
          <w:rFonts w:ascii="Calibri" w:eastAsia="Times New Roman" w:hAnsi="Calibri" w:cs="Calibri"/>
          <w:spacing w:val="-1"/>
          <w:lang w:val="x-none" w:eastAsia="zh-CN"/>
        </w:rPr>
        <w:t>są</w:t>
      </w:r>
      <w:r w:rsidRPr="00553FE0">
        <w:rPr>
          <w:rFonts w:ascii="Calibri" w:eastAsia="Times New Roman" w:hAnsi="Calibri" w:cs="Calibri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spacing w:val="-1"/>
          <w:lang w:val="x-none" w:eastAsia="zh-CN"/>
        </w:rPr>
        <w:t xml:space="preserve">aktualne </w:t>
      </w:r>
      <w:r w:rsidRPr="00553FE0">
        <w:rPr>
          <w:rFonts w:ascii="Calibri" w:eastAsia="Times New Roman" w:hAnsi="Calibri" w:cs="Calibri"/>
          <w:lang w:val="x-none" w:eastAsia="zh-CN"/>
        </w:rPr>
        <w:t>i</w:t>
      </w:r>
      <w:r w:rsidRPr="00553FE0">
        <w:rPr>
          <w:rFonts w:ascii="Calibri" w:eastAsia="Times New Roman" w:hAnsi="Calibri" w:cs="Calibri"/>
          <w:spacing w:val="13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spacing w:val="-1"/>
          <w:lang w:val="x-none" w:eastAsia="zh-CN"/>
        </w:rPr>
        <w:t>zgodne</w:t>
      </w:r>
      <w:r w:rsidRPr="00553FE0">
        <w:rPr>
          <w:rFonts w:ascii="Calibri" w:eastAsia="Times New Roman" w:hAnsi="Calibri" w:cs="Calibri"/>
          <w:spacing w:val="13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lang w:val="x-none" w:eastAsia="zh-CN"/>
        </w:rPr>
        <w:t>z</w:t>
      </w:r>
      <w:r w:rsidRPr="00553FE0">
        <w:rPr>
          <w:rFonts w:ascii="Calibri" w:eastAsia="Times New Roman" w:hAnsi="Calibri" w:cs="Calibri"/>
          <w:spacing w:val="11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spacing w:val="-1"/>
          <w:lang w:val="x-none" w:eastAsia="zh-CN"/>
        </w:rPr>
        <w:t>prawdą</w:t>
      </w:r>
      <w:r w:rsidRPr="00553FE0">
        <w:rPr>
          <w:rFonts w:ascii="Calibri" w:eastAsia="Times New Roman" w:hAnsi="Calibri" w:cs="Calibri"/>
          <w:spacing w:val="13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lang w:val="x-none" w:eastAsia="zh-CN"/>
        </w:rPr>
        <w:t>oraz</w:t>
      </w:r>
      <w:r w:rsidRPr="00553FE0">
        <w:rPr>
          <w:rFonts w:ascii="Calibri" w:eastAsia="Times New Roman" w:hAnsi="Calibri" w:cs="Calibri"/>
          <w:spacing w:val="14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spacing w:val="-1"/>
          <w:lang w:val="x-none" w:eastAsia="zh-CN"/>
        </w:rPr>
        <w:t>zostały</w:t>
      </w:r>
      <w:r w:rsidRPr="00553FE0">
        <w:rPr>
          <w:rFonts w:ascii="Calibri" w:eastAsia="Times New Roman" w:hAnsi="Calibri" w:cs="Calibri"/>
          <w:spacing w:val="11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spacing w:val="-1"/>
          <w:lang w:val="x-none" w:eastAsia="zh-CN"/>
        </w:rPr>
        <w:t>przedstawione</w:t>
      </w:r>
      <w:r w:rsidRPr="00553FE0">
        <w:rPr>
          <w:rFonts w:ascii="Calibri" w:eastAsia="Times New Roman" w:hAnsi="Calibri" w:cs="Calibri"/>
          <w:b/>
          <w:spacing w:val="13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b/>
          <w:lang w:val="x-none" w:eastAsia="zh-CN"/>
        </w:rPr>
        <w:t>z</w:t>
      </w:r>
      <w:r w:rsidRPr="00553FE0">
        <w:rPr>
          <w:rFonts w:ascii="Calibri" w:eastAsia="Times New Roman" w:hAnsi="Calibri" w:cs="Calibri"/>
          <w:b/>
          <w:spacing w:val="11"/>
          <w:lang w:val="x-none" w:eastAsia="zh-CN"/>
        </w:rPr>
        <w:t> </w:t>
      </w:r>
      <w:r w:rsidRPr="00553FE0">
        <w:rPr>
          <w:rFonts w:ascii="Calibri" w:eastAsia="Times New Roman" w:hAnsi="Calibri" w:cs="Calibri"/>
          <w:b/>
          <w:lang w:val="x-none" w:eastAsia="zh-CN"/>
        </w:rPr>
        <w:t>pełną</w:t>
      </w:r>
      <w:r w:rsidRPr="00553FE0">
        <w:rPr>
          <w:rFonts w:ascii="Calibri" w:eastAsia="Times New Roman" w:hAnsi="Calibri" w:cs="Calibri"/>
          <w:b/>
          <w:spacing w:val="13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b/>
          <w:spacing w:val="-1"/>
          <w:lang w:val="x-none" w:eastAsia="zh-CN"/>
        </w:rPr>
        <w:t>świadomością</w:t>
      </w:r>
      <w:r w:rsidRPr="00553FE0">
        <w:rPr>
          <w:rFonts w:ascii="Calibri" w:eastAsia="Times New Roman" w:hAnsi="Calibri" w:cs="Calibri"/>
          <w:b/>
          <w:spacing w:val="13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b/>
          <w:spacing w:val="-1"/>
          <w:lang w:val="x-none" w:eastAsia="zh-CN"/>
        </w:rPr>
        <w:t>konsekwencji</w:t>
      </w:r>
      <w:r w:rsidRPr="00553FE0">
        <w:rPr>
          <w:rFonts w:ascii="Calibri" w:eastAsia="Times New Roman" w:hAnsi="Calibri" w:cs="Calibri"/>
          <w:b/>
          <w:spacing w:val="13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b/>
          <w:lang w:val="x-none" w:eastAsia="zh-CN"/>
        </w:rPr>
        <w:t xml:space="preserve">wprowadzenia </w:t>
      </w:r>
      <w:r w:rsidRPr="00553FE0">
        <w:rPr>
          <w:rFonts w:ascii="Calibri" w:eastAsia="Times New Roman" w:hAnsi="Calibri" w:cs="Calibri"/>
          <w:b/>
          <w:spacing w:val="-1"/>
          <w:lang w:val="x-none" w:eastAsia="zh-CN"/>
        </w:rPr>
        <w:t>Zamawiającego</w:t>
      </w:r>
      <w:r w:rsidRPr="00553FE0">
        <w:rPr>
          <w:rFonts w:ascii="Calibri" w:eastAsia="Times New Roman" w:hAnsi="Calibri" w:cs="Calibri"/>
          <w:b/>
          <w:lang w:val="x-none" w:eastAsia="zh-CN"/>
        </w:rPr>
        <w:t xml:space="preserve"> w</w:t>
      </w:r>
      <w:r w:rsidRPr="00553FE0">
        <w:rPr>
          <w:rFonts w:ascii="Calibri" w:eastAsia="Times New Roman" w:hAnsi="Calibri" w:cs="Calibri"/>
          <w:b/>
          <w:spacing w:val="-3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b/>
          <w:lang w:val="x-none" w:eastAsia="zh-CN"/>
        </w:rPr>
        <w:t>błąd</w:t>
      </w:r>
      <w:r w:rsidRPr="00553FE0">
        <w:rPr>
          <w:rFonts w:ascii="Calibri" w:eastAsia="Times New Roman" w:hAnsi="Calibri" w:cs="Calibri"/>
          <w:b/>
          <w:spacing w:val="-2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b/>
          <w:spacing w:val="-1"/>
          <w:lang w:val="x-none" w:eastAsia="zh-CN"/>
        </w:rPr>
        <w:t>przy</w:t>
      </w:r>
      <w:r w:rsidRPr="00553FE0">
        <w:rPr>
          <w:rFonts w:ascii="Calibri" w:eastAsia="Times New Roman" w:hAnsi="Calibri" w:cs="Calibri"/>
          <w:b/>
          <w:spacing w:val="-2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b/>
          <w:spacing w:val="-1"/>
          <w:lang w:val="x-none" w:eastAsia="zh-CN"/>
        </w:rPr>
        <w:t>przedstawianiu</w:t>
      </w:r>
      <w:r w:rsidRPr="00553FE0">
        <w:rPr>
          <w:rFonts w:ascii="Calibri" w:eastAsia="Times New Roman" w:hAnsi="Calibri" w:cs="Calibri"/>
          <w:b/>
          <w:spacing w:val="-2"/>
          <w:lang w:val="x-none" w:eastAsia="zh-CN"/>
        </w:rPr>
        <w:t xml:space="preserve"> </w:t>
      </w:r>
      <w:r w:rsidRPr="00553FE0">
        <w:rPr>
          <w:rFonts w:ascii="Calibri" w:eastAsia="Times New Roman" w:hAnsi="Calibri" w:cs="Calibri"/>
          <w:b/>
          <w:spacing w:val="-1"/>
          <w:lang w:val="x-none" w:eastAsia="zh-CN"/>
        </w:rPr>
        <w:t>informacji.</w:t>
      </w:r>
    </w:p>
    <w:p w14:paraId="5B916C2C" w14:textId="77777777" w:rsidR="008C018D" w:rsidRPr="00553FE0" w:rsidRDefault="008C018D" w:rsidP="00553FE0">
      <w:pPr>
        <w:numPr>
          <w:ilvl w:val="0"/>
          <w:numId w:val="12"/>
        </w:numPr>
        <w:suppressAutoHyphens/>
        <w:spacing w:after="120" w:line="240" w:lineRule="auto"/>
        <w:jc w:val="both"/>
        <w:rPr>
          <w:rFonts w:ascii="Calibri" w:eastAsia="Times New Roman" w:hAnsi="Calibri" w:cs="Calibri"/>
          <w:lang w:val="pl-PL" w:eastAsia="zh-CN"/>
        </w:rPr>
      </w:pPr>
      <w:r w:rsidRPr="00553FE0">
        <w:rPr>
          <w:rFonts w:ascii="Calibri" w:eastAsia="Times New Roman" w:hAnsi="Calibri" w:cs="Calibri"/>
          <w:lang w:val="pl-PL" w:eastAsia="zh-CN"/>
        </w:rPr>
        <w:t xml:space="preserve">Oferujemy wykonanie przedmiotu zamówienia </w:t>
      </w:r>
      <w:r w:rsidRPr="00553FE0">
        <w:rPr>
          <w:rFonts w:ascii="Calibri" w:eastAsia="Times New Roman" w:hAnsi="Calibri" w:cs="Calibri"/>
          <w:b/>
          <w:bCs/>
          <w:lang w:val="pl-PL" w:eastAsia="zh-CN"/>
        </w:rPr>
        <w:t>w terminie wskazanym w Zapytaniu.</w:t>
      </w:r>
    </w:p>
    <w:p w14:paraId="74EFBC82" w14:textId="77777777" w:rsidR="008C018D" w:rsidRPr="00553FE0" w:rsidRDefault="008C018D" w:rsidP="00553FE0">
      <w:pPr>
        <w:numPr>
          <w:ilvl w:val="0"/>
          <w:numId w:val="12"/>
        </w:numPr>
        <w:suppressAutoHyphens/>
        <w:spacing w:after="120" w:line="240" w:lineRule="auto"/>
        <w:jc w:val="both"/>
        <w:rPr>
          <w:rFonts w:ascii="Calibri" w:eastAsia="Times New Roman" w:hAnsi="Calibri" w:cs="Calibri"/>
          <w:lang w:val="pl-PL" w:eastAsia="zh-CN"/>
        </w:rPr>
      </w:pPr>
      <w:r w:rsidRPr="00553FE0">
        <w:rPr>
          <w:rFonts w:ascii="Calibri" w:eastAsia="Times New Roman" w:hAnsi="Calibri" w:cs="Calibri"/>
          <w:lang w:val="pl-PL" w:eastAsia="zh-CN"/>
        </w:rPr>
        <w:t>Uważamy się za związanych niniejszą ofertą do terminu określonego w Zapytaniu.</w:t>
      </w:r>
    </w:p>
    <w:p w14:paraId="6282D510" w14:textId="77777777" w:rsidR="008C018D" w:rsidRPr="00553FE0" w:rsidRDefault="008C018D" w:rsidP="008C018D">
      <w:pPr>
        <w:numPr>
          <w:ilvl w:val="0"/>
          <w:numId w:val="11"/>
        </w:numPr>
        <w:suppressAutoHyphens/>
        <w:spacing w:after="120" w:line="23" w:lineRule="atLeast"/>
        <w:ind w:left="425" w:hanging="426"/>
        <w:jc w:val="both"/>
        <w:rPr>
          <w:rFonts w:ascii="Calibri" w:eastAsia="Times New Roman" w:hAnsi="Calibri" w:cs="Calibri"/>
          <w:lang w:val="pl-PL" w:eastAsia="zh-CN"/>
        </w:rPr>
      </w:pPr>
      <w:r w:rsidRPr="00553FE0">
        <w:rPr>
          <w:rFonts w:ascii="Calibri" w:eastAsia="Times New Roman" w:hAnsi="Calibri" w:cs="Calibri"/>
          <w:u w:val="single"/>
          <w:lang w:val="pl-PL" w:eastAsia="zh-CN"/>
        </w:rPr>
        <w:t>Zastrzeżenie Wykonawcy:</w:t>
      </w:r>
    </w:p>
    <w:p w14:paraId="5034AF69" w14:textId="77777777" w:rsidR="008C018D" w:rsidRPr="00553FE0" w:rsidRDefault="008C018D" w:rsidP="008C018D">
      <w:pPr>
        <w:suppressAutoHyphens/>
        <w:spacing w:after="120" w:line="23" w:lineRule="atLeast"/>
        <w:ind w:left="425"/>
        <w:jc w:val="both"/>
        <w:rPr>
          <w:rFonts w:ascii="Calibri" w:eastAsia="Times New Roman" w:hAnsi="Calibri" w:cs="Calibri"/>
          <w:lang w:val="pl-PL" w:eastAsia="zh-CN"/>
        </w:rPr>
      </w:pPr>
      <w:r w:rsidRPr="00553FE0">
        <w:rPr>
          <w:rFonts w:ascii="Calibri" w:eastAsia="Times New Roman" w:hAnsi="Calibri" w:cs="Calibri"/>
          <w:lang w:val="pl-PL" w:eastAsia="zh-CN"/>
        </w:rPr>
        <w:t xml:space="preserve">WYKONAWCA zastrzega, że wymienione poniżej dokumenty składające się na ofertę nie mogą być udostępnione innym uczestnikom postępowania: </w:t>
      </w:r>
    </w:p>
    <w:p w14:paraId="103A3EDE" w14:textId="77777777" w:rsidR="008C018D" w:rsidRPr="00553FE0" w:rsidRDefault="008C018D" w:rsidP="008C018D">
      <w:pPr>
        <w:suppressAutoHyphens/>
        <w:spacing w:after="120" w:line="23" w:lineRule="atLeast"/>
        <w:ind w:left="425"/>
        <w:jc w:val="both"/>
        <w:rPr>
          <w:rFonts w:ascii="Calibri" w:eastAsia="Times New Roman" w:hAnsi="Calibri" w:cs="Calibri"/>
          <w:lang w:val="pl-PL" w:eastAsia="zh-CN"/>
        </w:rPr>
      </w:pPr>
      <w:r w:rsidRPr="00553FE0">
        <w:rPr>
          <w:rFonts w:ascii="Calibri" w:eastAsia="Times New Roman" w:hAnsi="Calibri" w:cs="Calibri"/>
          <w:lang w:val="pl-PL" w:eastAsia="zh-CN"/>
        </w:rPr>
        <w:t xml:space="preserve">…………………………………………………………………………………… </w:t>
      </w:r>
    </w:p>
    <w:p w14:paraId="258A7775" w14:textId="77777777" w:rsidR="008C018D" w:rsidRPr="00553FE0" w:rsidRDefault="008C018D" w:rsidP="008C018D">
      <w:pPr>
        <w:suppressAutoHyphens/>
        <w:spacing w:after="120" w:line="23" w:lineRule="atLeast"/>
        <w:ind w:left="425"/>
        <w:jc w:val="both"/>
        <w:rPr>
          <w:rFonts w:ascii="Calibri" w:eastAsia="Times New Roman" w:hAnsi="Calibri" w:cs="Calibri"/>
          <w:lang w:val="pl-PL" w:eastAsia="zh-CN"/>
        </w:rPr>
      </w:pPr>
      <w:r w:rsidRPr="00553FE0">
        <w:rPr>
          <w:rFonts w:ascii="Calibri" w:eastAsia="Times New Roman" w:hAnsi="Calibri" w:cs="Calibri"/>
          <w:lang w:val="pl-PL" w:eastAsia="zh-CN"/>
        </w:rPr>
        <w:t>UWAGA! do oferty należy załączyć uzasadnienie zastrzeżenia dokumentów.</w:t>
      </w:r>
    </w:p>
    <w:p w14:paraId="4C158ECE" w14:textId="031C6311" w:rsidR="008C018D" w:rsidRPr="00553FE0" w:rsidRDefault="00CB4C3B" w:rsidP="0045665C">
      <w:pPr>
        <w:numPr>
          <w:ilvl w:val="0"/>
          <w:numId w:val="11"/>
        </w:numPr>
        <w:suppressAutoHyphens/>
        <w:spacing w:after="120" w:line="240" w:lineRule="auto"/>
        <w:ind w:left="425" w:hanging="425"/>
        <w:jc w:val="both"/>
        <w:rPr>
          <w:rFonts w:ascii="Calibri" w:eastAsia="Times New Roman" w:hAnsi="Calibri" w:cs="Calibri"/>
          <w:lang w:val="pl-PL" w:eastAsia="zh-CN"/>
        </w:rPr>
      </w:pPr>
      <w:r>
        <w:rPr>
          <w:rFonts w:ascii="Calibri" w:eastAsia="Times New Roman" w:hAnsi="Calibri" w:cs="Calibri"/>
          <w:lang w:val="pl-PL" w:eastAsia="zh-CN"/>
        </w:rPr>
        <w:t>Usługi</w:t>
      </w:r>
      <w:r w:rsidR="008C018D" w:rsidRPr="00553FE0">
        <w:rPr>
          <w:rFonts w:ascii="Calibri" w:eastAsia="Times New Roman" w:hAnsi="Calibri" w:cs="Calibri"/>
          <w:lang w:val="pl-PL" w:eastAsia="zh-CN"/>
        </w:rPr>
        <w:t xml:space="preserve"> objęte przedmiotem zamówienia zamierzamy wykonać własnymi siłami / powierzyć wykonanie n. w. części zamówienia podwykonawcom: (jeżeli dotyczy – należy wyszczególnić zakres zamówienia) …………………………………</w:t>
      </w:r>
    </w:p>
    <w:p w14:paraId="721463BA" w14:textId="77777777" w:rsidR="008C018D" w:rsidRPr="00553FE0" w:rsidRDefault="008C018D" w:rsidP="0045665C">
      <w:pPr>
        <w:numPr>
          <w:ilvl w:val="0"/>
          <w:numId w:val="11"/>
        </w:numPr>
        <w:suppressAutoHyphens/>
        <w:spacing w:after="120" w:line="240" w:lineRule="auto"/>
        <w:ind w:left="425" w:hanging="425"/>
        <w:jc w:val="both"/>
        <w:rPr>
          <w:rFonts w:ascii="Calibri" w:eastAsia="Times New Roman" w:hAnsi="Calibri" w:cs="Calibri"/>
          <w:lang w:val="pl-PL" w:eastAsia="zh-CN"/>
        </w:rPr>
      </w:pPr>
      <w:r w:rsidRPr="00553FE0">
        <w:rPr>
          <w:rFonts w:ascii="Calibri" w:eastAsia="Times New Roman" w:hAnsi="Calibri" w:cs="Calibri"/>
          <w:lang w:val="pl-PL" w:eastAsia="zh-CN"/>
        </w:rPr>
        <w:t>Oświadczamy, że wypełniliśmy obowiązki informacyjne prze</w:t>
      </w:r>
      <w:bookmarkStart w:id="0" w:name="_GoBack"/>
      <w:bookmarkEnd w:id="0"/>
      <w:r w:rsidRPr="00553FE0">
        <w:rPr>
          <w:rFonts w:ascii="Calibri" w:eastAsia="Times New Roman" w:hAnsi="Calibri" w:cs="Calibri"/>
          <w:lang w:val="pl-PL" w:eastAsia="zh-CN"/>
        </w:rPr>
        <w:t>widziane w art. 13 lub art. 14 RODO</w:t>
      </w:r>
      <w:r w:rsidRPr="00553FE0">
        <w:rPr>
          <w:rFonts w:ascii="Calibri" w:eastAsia="Times New Roman" w:hAnsi="Calibri" w:cs="Calibri"/>
          <w:vertAlign w:val="superscript"/>
          <w:lang w:val="pl-PL" w:eastAsia="zh-CN"/>
        </w:rPr>
        <w:t>1)</w:t>
      </w:r>
      <w:r w:rsidRPr="00553FE0">
        <w:rPr>
          <w:rFonts w:ascii="Calibri" w:eastAsia="Times New Roman" w:hAnsi="Calibri" w:cs="Calibri"/>
          <w:lang w:val="pl-PL" w:eastAsia="zh-CN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1342D02F" w14:textId="77777777" w:rsidR="008C018D" w:rsidRPr="00553FE0" w:rsidRDefault="008C018D" w:rsidP="008C018D">
      <w:pPr>
        <w:numPr>
          <w:ilvl w:val="0"/>
          <w:numId w:val="11"/>
        </w:numPr>
        <w:suppressAutoHyphens/>
        <w:spacing w:after="120" w:line="23" w:lineRule="atLeast"/>
        <w:ind w:left="426" w:hanging="426"/>
        <w:jc w:val="both"/>
        <w:rPr>
          <w:rFonts w:ascii="Calibri" w:eastAsia="Times New Roman" w:hAnsi="Calibri" w:cs="Calibri"/>
          <w:lang w:val="pl-PL" w:eastAsia="zh-CN"/>
        </w:rPr>
      </w:pPr>
      <w:r w:rsidRPr="00553FE0">
        <w:rPr>
          <w:rFonts w:ascii="Calibri" w:eastAsia="Times New Roman" w:hAnsi="Calibri" w:cs="Calibri"/>
          <w:lang w:val="pl-PL" w:eastAsia="zh-CN"/>
        </w:rPr>
        <w:t>Uprawnionym do kontaktów z Zamawiającym w sprawach dot. oferty jest:</w:t>
      </w:r>
    </w:p>
    <w:p w14:paraId="05394710" w14:textId="77777777" w:rsidR="008C018D" w:rsidRPr="00553FE0" w:rsidRDefault="008C018D" w:rsidP="008C018D">
      <w:pPr>
        <w:suppressAutoHyphens/>
        <w:spacing w:after="120" w:line="23" w:lineRule="atLeast"/>
        <w:ind w:left="426"/>
        <w:jc w:val="both"/>
        <w:rPr>
          <w:rFonts w:ascii="Calibri" w:eastAsia="Times New Roman" w:hAnsi="Calibri" w:cs="Calibri"/>
          <w:lang w:val="pl-PL" w:eastAsia="zh-CN"/>
        </w:rPr>
      </w:pPr>
      <w:r w:rsidRPr="00553FE0">
        <w:rPr>
          <w:rFonts w:ascii="Calibri" w:eastAsia="Times New Roman" w:hAnsi="Calibri" w:cs="Calibri"/>
          <w:lang w:val="pl-PL" w:eastAsia="zh-CN"/>
        </w:rPr>
        <w:t>imię i nazwisko ..................................... tel.: ..............................., e-mail: ........................................</w:t>
      </w:r>
    </w:p>
    <w:p w14:paraId="0167D5D5" w14:textId="77777777" w:rsidR="008C018D" w:rsidRPr="00553FE0" w:rsidRDefault="008C018D" w:rsidP="008C018D">
      <w:pPr>
        <w:numPr>
          <w:ilvl w:val="0"/>
          <w:numId w:val="11"/>
        </w:numPr>
        <w:suppressAutoHyphens/>
        <w:spacing w:after="120" w:line="23" w:lineRule="atLeast"/>
        <w:ind w:left="426" w:hanging="426"/>
        <w:jc w:val="both"/>
        <w:rPr>
          <w:rFonts w:ascii="Calibri" w:eastAsia="Times New Roman" w:hAnsi="Calibri" w:cs="Calibri"/>
          <w:lang w:val="pl-PL" w:eastAsia="zh-CN"/>
        </w:rPr>
      </w:pPr>
      <w:r w:rsidRPr="00553FE0">
        <w:rPr>
          <w:rFonts w:ascii="Calibri" w:eastAsia="Times New Roman" w:hAnsi="Calibri" w:cs="Calibri"/>
          <w:lang w:val="pl-PL" w:eastAsia="zh-CN"/>
        </w:rPr>
        <w:t>Osoba/y pełnomocna/e do podpisania umowy, zgodnie z wpisem CEIDG/ Krajowym Rejestrze Sądowym / udzielonym pełnomocnictwem:</w:t>
      </w:r>
    </w:p>
    <w:p w14:paraId="0782F585" w14:textId="77777777" w:rsidR="008C018D" w:rsidRDefault="008C018D" w:rsidP="008C018D">
      <w:pPr>
        <w:suppressAutoHyphens/>
        <w:spacing w:after="120" w:line="23" w:lineRule="atLeast"/>
        <w:ind w:left="426"/>
        <w:jc w:val="both"/>
        <w:rPr>
          <w:rFonts w:ascii="Calibri" w:eastAsia="Times New Roman" w:hAnsi="Calibri" w:cs="Calibri"/>
          <w:lang w:val="pl-PL" w:eastAsia="zh-CN"/>
        </w:rPr>
      </w:pPr>
      <w:r w:rsidRPr="008C018D">
        <w:rPr>
          <w:rFonts w:ascii="Calibri" w:eastAsia="Times New Roman" w:hAnsi="Calibri" w:cs="Calibri"/>
          <w:lang w:val="pl-PL" w:eastAsia="zh-CN"/>
        </w:rPr>
        <w:t>imię i nazwisko ……………………................................. stanowisko …………………………………………</w:t>
      </w:r>
    </w:p>
    <w:p w14:paraId="2C04156A" w14:textId="77777777" w:rsidR="008C018D" w:rsidRPr="008C018D" w:rsidRDefault="008C018D" w:rsidP="008C018D">
      <w:pPr>
        <w:numPr>
          <w:ilvl w:val="0"/>
          <w:numId w:val="11"/>
        </w:numPr>
        <w:suppressAutoHyphens/>
        <w:spacing w:after="120" w:line="23" w:lineRule="atLeast"/>
        <w:ind w:left="426" w:hanging="426"/>
        <w:jc w:val="both"/>
        <w:rPr>
          <w:rFonts w:ascii="Calibri" w:eastAsia="Times New Roman" w:hAnsi="Calibri" w:cs="Calibri"/>
          <w:lang w:val="pl-PL" w:eastAsia="zh-CN"/>
        </w:rPr>
      </w:pPr>
      <w:r w:rsidRPr="008C018D">
        <w:rPr>
          <w:rFonts w:ascii="Calibri" w:eastAsia="Times New Roman" w:hAnsi="Calibri" w:cs="Calibri"/>
          <w:lang w:val="pl-PL" w:eastAsia="zh-CN"/>
        </w:rPr>
        <w:t xml:space="preserve">Osoba do kontaktu w sprawach realizacji:  </w:t>
      </w:r>
    </w:p>
    <w:p w14:paraId="749E22B8" w14:textId="4023ACD9" w:rsidR="008C018D" w:rsidRPr="008C018D" w:rsidRDefault="008C018D" w:rsidP="0055434D">
      <w:pPr>
        <w:suppressAutoHyphens/>
        <w:spacing w:after="120" w:line="23" w:lineRule="atLeast"/>
        <w:ind w:left="426"/>
        <w:jc w:val="both"/>
        <w:rPr>
          <w:rFonts w:ascii="Calibri" w:eastAsia="Times New Roman" w:hAnsi="Calibri" w:cs="Calibri"/>
          <w:lang w:val="pl-PL" w:eastAsia="zh-CN"/>
        </w:rPr>
      </w:pPr>
      <w:r w:rsidRPr="008C018D">
        <w:rPr>
          <w:rFonts w:ascii="Calibri" w:eastAsia="Times New Roman" w:hAnsi="Calibri" w:cs="Calibri"/>
          <w:lang w:val="pl-PL" w:eastAsia="zh-CN"/>
        </w:rPr>
        <w:t>imię i nazwisko ..................................... tel.: ..............................., e-mail: ........................................</w:t>
      </w:r>
    </w:p>
    <w:p w14:paraId="71A6E1BB" w14:textId="6F4B8B16" w:rsidR="008C018D" w:rsidRPr="008C018D" w:rsidRDefault="008C018D" w:rsidP="008C018D">
      <w:pPr>
        <w:suppressAutoHyphens/>
        <w:spacing w:after="0"/>
        <w:ind w:right="-648"/>
        <w:jc w:val="both"/>
        <w:rPr>
          <w:rFonts w:ascii="Calibri" w:eastAsia="Times New Roman" w:hAnsi="Calibri" w:cs="Calibri"/>
          <w:lang w:val="pl-PL" w:eastAsia="zh-CN"/>
        </w:rPr>
      </w:pPr>
      <w:r w:rsidRPr="008C018D">
        <w:rPr>
          <w:rFonts w:ascii="Calibri" w:eastAsia="Calibri" w:hAnsi="Calibri" w:cs="Calibri"/>
          <w:sz w:val="16"/>
          <w:szCs w:val="24"/>
          <w:lang w:val="pl-PL" w:eastAsia="zh-CN"/>
        </w:rPr>
        <w:t xml:space="preserve">  </w:t>
      </w:r>
      <w:r w:rsidRPr="008C018D">
        <w:rPr>
          <w:rFonts w:ascii="Calibri" w:eastAsia="Calibri" w:hAnsi="Calibri" w:cs="Calibri"/>
          <w:sz w:val="16"/>
          <w:szCs w:val="16"/>
          <w:lang w:val="pl-PL" w:eastAsia="zh-CN"/>
        </w:rPr>
        <w:t xml:space="preserve">                                                             </w:t>
      </w:r>
    </w:p>
    <w:p w14:paraId="2A2EAA90" w14:textId="77777777" w:rsidR="008C018D" w:rsidRPr="008C018D" w:rsidRDefault="008C018D" w:rsidP="008C018D">
      <w:pPr>
        <w:suppressAutoHyphens/>
        <w:spacing w:after="0"/>
        <w:ind w:right="23"/>
        <w:jc w:val="both"/>
        <w:rPr>
          <w:rFonts w:ascii="Calibri" w:eastAsia="Times New Roman" w:hAnsi="Calibri" w:cs="Calibri"/>
          <w:color w:val="FF0000"/>
          <w:sz w:val="18"/>
          <w:szCs w:val="18"/>
          <w:lang w:val="pl-PL" w:eastAsia="zh-CN"/>
        </w:rPr>
      </w:pPr>
      <w:r w:rsidRPr="008C018D">
        <w:rPr>
          <w:rFonts w:ascii="Calibri" w:eastAsia="Times New Roman" w:hAnsi="Calibri" w:cs="Calibri"/>
          <w:lang w:val="pl-PL" w:eastAsia="zh-CN"/>
        </w:rPr>
        <w:t>Świadom(-a) odpowiedzialności karnej oświadczam, że załączone do oferty dokumenty opisują stan prawny i faktyczny, aktualny na dzień złożenia oferty (art. 297 k.k.).</w:t>
      </w:r>
    </w:p>
    <w:p w14:paraId="5B5211E1" w14:textId="77777777" w:rsidR="008C018D" w:rsidRPr="008C018D" w:rsidRDefault="008C018D" w:rsidP="008C018D">
      <w:pPr>
        <w:suppressAutoHyphens/>
        <w:spacing w:after="120"/>
        <w:jc w:val="both"/>
        <w:rPr>
          <w:rFonts w:ascii="Calibri" w:eastAsia="Times New Roman" w:hAnsi="Calibri" w:cs="Calibri"/>
          <w:sz w:val="14"/>
          <w:szCs w:val="14"/>
          <w:lang w:val="pl-PL" w:eastAsia="zh-CN"/>
        </w:rPr>
      </w:pPr>
    </w:p>
    <w:p w14:paraId="7684CE16" w14:textId="77777777" w:rsidR="008C018D" w:rsidRPr="008C018D" w:rsidRDefault="008C018D" w:rsidP="008C018D">
      <w:pPr>
        <w:suppressAutoHyphens/>
        <w:spacing w:after="120"/>
        <w:jc w:val="both"/>
        <w:rPr>
          <w:rFonts w:ascii="Calibri" w:eastAsia="Times New Roman" w:hAnsi="Calibri" w:cs="Calibri"/>
          <w:sz w:val="14"/>
          <w:szCs w:val="14"/>
          <w:lang w:val="pl-PL" w:eastAsia="zh-CN"/>
        </w:rPr>
      </w:pPr>
    </w:p>
    <w:p w14:paraId="5FE30AAA" w14:textId="77777777" w:rsidR="008C018D" w:rsidRPr="008C018D" w:rsidRDefault="008C018D" w:rsidP="008C018D">
      <w:pPr>
        <w:suppressAutoHyphens/>
        <w:spacing w:after="120"/>
        <w:jc w:val="both"/>
        <w:rPr>
          <w:rFonts w:ascii="Calibri" w:eastAsia="Times New Roman" w:hAnsi="Calibri" w:cs="Calibri"/>
          <w:sz w:val="14"/>
          <w:szCs w:val="14"/>
          <w:lang w:val="pl-PL" w:eastAsia="zh-CN"/>
        </w:rPr>
      </w:pPr>
    </w:p>
    <w:p w14:paraId="241D1285" w14:textId="77777777" w:rsidR="008C018D" w:rsidRPr="008C018D" w:rsidRDefault="008C018D" w:rsidP="008C018D">
      <w:pPr>
        <w:suppressAutoHyphens/>
        <w:spacing w:after="120"/>
        <w:jc w:val="both"/>
        <w:rPr>
          <w:rFonts w:ascii="Calibri" w:eastAsia="Times New Roman" w:hAnsi="Calibri" w:cs="Calibri"/>
          <w:sz w:val="14"/>
          <w:szCs w:val="14"/>
          <w:lang w:val="pl-PL" w:eastAsia="zh-CN"/>
        </w:rPr>
      </w:pPr>
    </w:p>
    <w:p w14:paraId="0A5C4E56" w14:textId="77777777" w:rsidR="008C018D" w:rsidRPr="008C018D" w:rsidRDefault="008C018D" w:rsidP="008C018D">
      <w:pPr>
        <w:suppressAutoHyphens/>
        <w:spacing w:after="120"/>
        <w:jc w:val="both"/>
        <w:rPr>
          <w:rFonts w:ascii="Calibri" w:eastAsia="Times New Roman" w:hAnsi="Calibri" w:cs="Calibri"/>
          <w:b/>
          <w:bCs/>
          <w:sz w:val="14"/>
          <w:szCs w:val="14"/>
          <w:lang w:val="pl-PL" w:eastAsia="zh-CN"/>
        </w:rPr>
      </w:pPr>
      <w:r w:rsidRPr="008C018D">
        <w:rPr>
          <w:rFonts w:ascii="Calibri" w:eastAsia="Times New Roman" w:hAnsi="Calibri" w:cs="Calibri"/>
          <w:sz w:val="14"/>
          <w:szCs w:val="14"/>
          <w:lang w:val="pl-PL" w:eastAsia="zh-CN"/>
        </w:rPr>
        <w:t>_________________________</w:t>
      </w:r>
    </w:p>
    <w:p w14:paraId="123600CD" w14:textId="04A7353E" w:rsidR="008C018D" w:rsidRPr="008C018D" w:rsidRDefault="008C018D" w:rsidP="008C018D">
      <w:pPr>
        <w:suppressAutoHyphens/>
        <w:spacing w:after="0" w:line="240" w:lineRule="auto"/>
        <w:rPr>
          <w:rFonts w:ascii="Calibri" w:eastAsia="Times New Roman" w:hAnsi="Calibri" w:cs="Calibri"/>
          <w:color w:val="000000"/>
          <w:sz w:val="14"/>
          <w:szCs w:val="14"/>
          <w:vertAlign w:val="superscript"/>
          <w:lang w:val="pl-PL" w:eastAsia="zh-CN"/>
        </w:rPr>
      </w:pPr>
      <w:r w:rsidRPr="008C018D">
        <w:rPr>
          <w:rFonts w:ascii="Calibri" w:eastAsia="Calibri" w:hAnsi="Calibri" w:cs="Calibri"/>
          <w:color w:val="000000"/>
          <w:sz w:val="14"/>
          <w:szCs w:val="14"/>
          <w:lang w:val="pl-PL" w:eastAsia="zh-CN"/>
        </w:rPr>
        <w:t xml:space="preserve">**w </w:t>
      </w:r>
      <w:r w:rsidR="0055434D" w:rsidRPr="008C018D">
        <w:rPr>
          <w:rFonts w:ascii="Calibri" w:eastAsia="Calibri" w:hAnsi="Calibri" w:cs="Calibri"/>
          <w:color w:val="000000"/>
          <w:sz w:val="14"/>
          <w:szCs w:val="14"/>
          <w:lang w:val="pl-PL" w:eastAsia="zh-CN"/>
        </w:rPr>
        <w:t>przypadku,</w:t>
      </w:r>
      <w:r w:rsidRPr="008C018D">
        <w:rPr>
          <w:rFonts w:ascii="Calibri" w:eastAsia="Calibri" w:hAnsi="Calibri" w:cs="Calibri"/>
          <w:color w:val="000000"/>
          <w:sz w:val="14"/>
          <w:szCs w:val="14"/>
          <w:lang w:val="pl-PL" w:eastAsia="zh-CN"/>
        </w:rPr>
        <w:t xml:space="preserve"> gdy wykonawca </w:t>
      </w:r>
      <w:r w:rsidRPr="008C018D">
        <w:rPr>
          <w:rFonts w:ascii="Calibri" w:eastAsia="Calibri" w:hAnsi="Calibri" w:cs="Calibri"/>
          <w:sz w:val="14"/>
          <w:szCs w:val="14"/>
          <w:lang w:val="pl-PL" w:eastAsia="zh-CN"/>
        </w:rPr>
        <w:t>nie przekazuje danych osobowych innych niż bezpośrednio jego dotyczących lub zachodzi wyłączenie stosowania obowiązku informacyjnego, stosownie do art. 13 ust. 4 lub art. 14 ust. 5 RODO treści oświadczenia wykonawca nie składa (w przypadku, gdy nie dotyczy to realizacji przedmiotu zamówienia wykonawca wykreśla treść oświadczenia)</w:t>
      </w:r>
    </w:p>
    <w:p w14:paraId="3CC97DDB" w14:textId="77777777" w:rsidR="008C018D" w:rsidRPr="008C018D" w:rsidRDefault="008C018D" w:rsidP="008C018D">
      <w:p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pl-PL" w:eastAsia="zh-CN"/>
        </w:rPr>
      </w:pPr>
      <w:r w:rsidRPr="008C018D">
        <w:rPr>
          <w:rFonts w:ascii="Calibri" w:eastAsia="Times New Roman" w:hAnsi="Calibri" w:cs="Calibri"/>
          <w:color w:val="000000"/>
          <w:sz w:val="14"/>
          <w:szCs w:val="14"/>
          <w:vertAlign w:val="superscript"/>
          <w:lang w:val="pl-PL" w:eastAsia="zh-CN"/>
        </w:rPr>
        <w:t xml:space="preserve">1) </w:t>
      </w:r>
      <w:r w:rsidRPr="008C018D">
        <w:rPr>
          <w:rFonts w:ascii="Calibri" w:eastAsia="Times New Roman" w:hAnsi="Calibri" w:cs="Calibri"/>
          <w:sz w:val="14"/>
          <w:szCs w:val="14"/>
          <w:lang w:val="pl-PL" w:eastAsia="zh-CN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18EE1C0B" w14:textId="77777777" w:rsidR="008C018D" w:rsidRPr="00987A12" w:rsidRDefault="008C018D" w:rsidP="00987A12"/>
    <w:sectPr w:rsidR="008C018D" w:rsidRPr="00987A12" w:rsidSect="008C018D">
      <w:headerReference w:type="first" r:id="rId8"/>
      <w:pgSz w:w="11906" w:h="16838"/>
      <w:pgMar w:top="709" w:right="1287" w:bottom="765" w:left="1418" w:header="28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597265" w14:textId="77777777" w:rsidR="00807612" w:rsidRDefault="00807612" w:rsidP="0037362D">
      <w:pPr>
        <w:spacing w:after="0" w:line="240" w:lineRule="auto"/>
      </w:pPr>
      <w:r>
        <w:separator/>
      </w:r>
    </w:p>
  </w:endnote>
  <w:endnote w:type="continuationSeparator" w:id="0">
    <w:p w14:paraId="16577E3C" w14:textId="77777777" w:rsidR="00807612" w:rsidRDefault="00807612" w:rsidP="00373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FA0FCE" w14:textId="77777777" w:rsidR="00807612" w:rsidRDefault="00807612" w:rsidP="0037362D">
      <w:pPr>
        <w:spacing w:after="0" w:line="240" w:lineRule="auto"/>
      </w:pPr>
      <w:r>
        <w:separator/>
      </w:r>
    </w:p>
  </w:footnote>
  <w:footnote w:type="continuationSeparator" w:id="0">
    <w:p w14:paraId="38BDE69D" w14:textId="77777777" w:rsidR="00807612" w:rsidRDefault="00807612" w:rsidP="00373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A4C4C" w14:textId="77777777" w:rsidR="008C018D" w:rsidRDefault="008C018D" w:rsidP="008C018D">
    <w:pPr>
      <w:pStyle w:val="Nagwek2"/>
      <w:keepLines w:val="0"/>
      <w:numPr>
        <w:ilvl w:val="1"/>
        <w:numId w:val="0"/>
      </w:numPr>
      <w:tabs>
        <w:tab w:val="num" w:pos="0"/>
      </w:tabs>
      <w:suppressAutoHyphens/>
      <w:spacing w:before="0" w:line="240" w:lineRule="auto"/>
      <w:rPr>
        <w:rFonts w:ascii="Calibri" w:hAnsi="Calibri" w:cs="Calibri"/>
        <w:b w:val="0"/>
        <w:bCs w:val="0"/>
        <w:sz w:val="20"/>
        <w:szCs w:val="20"/>
      </w:rPr>
    </w:pPr>
  </w:p>
  <w:p w14:paraId="287DD4E1" w14:textId="77777777" w:rsidR="008C018D" w:rsidRPr="00852E3A" w:rsidRDefault="008C018D" w:rsidP="00852E3A">
    <w:pPr>
      <w:rPr>
        <w:lang w:val="x-none"/>
      </w:rPr>
    </w:pPr>
  </w:p>
  <w:p w14:paraId="7E5C8A56" w14:textId="77777777" w:rsidR="008C018D" w:rsidRDefault="008C018D">
    <w:pPr>
      <w:pStyle w:val="Nagwek"/>
      <w:rPr>
        <w:rFonts w:ascii="Calibri" w:hAnsi="Calibri" w:cs="Calibri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3C6209B"/>
    <w:multiLevelType w:val="multilevel"/>
    <w:tmpl w:val="42FABC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4B07B80"/>
    <w:multiLevelType w:val="hybridMultilevel"/>
    <w:tmpl w:val="43EE94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0240E78"/>
    <w:multiLevelType w:val="hybridMultilevel"/>
    <w:tmpl w:val="81064E8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n-US" w:vendorID="64" w:dllVersion="6" w:nlCheck="1" w:checkStyle="0"/>
  <w:activeWritingStyle w:appName="MSWord" w:lang="pl-PL" w:vendorID="64" w:dllVersion="4096" w:nlCheck="1" w:checkStyle="0"/>
  <w:activeWritingStyle w:appName="MSWord" w:lang="en-US" w:vendorID="64" w:dllVersion="4096" w:nlCheck="1" w:checkStyle="0"/>
  <w:proofState w:spelling="clean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7DD5"/>
    <w:rsid w:val="00034616"/>
    <w:rsid w:val="00041A25"/>
    <w:rsid w:val="0006063C"/>
    <w:rsid w:val="00066A0B"/>
    <w:rsid w:val="0008586F"/>
    <w:rsid w:val="000A14C1"/>
    <w:rsid w:val="00102C6E"/>
    <w:rsid w:val="0015074B"/>
    <w:rsid w:val="00164FAB"/>
    <w:rsid w:val="001A51DD"/>
    <w:rsid w:val="00255235"/>
    <w:rsid w:val="00287672"/>
    <w:rsid w:val="0029639D"/>
    <w:rsid w:val="002B4BD9"/>
    <w:rsid w:val="002F2D96"/>
    <w:rsid w:val="002F6D26"/>
    <w:rsid w:val="00326F90"/>
    <w:rsid w:val="00344256"/>
    <w:rsid w:val="00363760"/>
    <w:rsid w:val="0037362D"/>
    <w:rsid w:val="00404E16"/>
    <w:rsid w:val="00414C7C"/>
    <w:rsid w:val="0045665C"/>
    <w:rsid w:val="0049408D"/>
    <w:rsid w:val="004F4AD3"/>
    <w:rsid w:val="00553FE0"/>
    <w:rsid w:val="0055434D"/>
    <w:rsid w:val="00603DB4"/>
    <w:rsid w:val="00621615"/>
    <w:rsid w:val="00637729"/>
    <w:rsid w:val="006455F2"/>
    <w:rsid w:val="00715E4A"/>
    <w:rsid w:val="0072053A"/>
    <w:rsid w:val="00762474"/>
    <w:rsid w:val="00771B97"/>
    <w:rsid w:val="007931F4"/>
    <w:rsid w:val="00807612"/>
    <w:rsid w:val="00813722"/>
    <w:rsid w:val="00854645"/>
    <w:rsid w:val="008C018D"/>
    <w:rsid w:val="008F5031"/>
    <w:rsid w:val="009452C1"/>
    <w:rsid w:val="00972A01"/>
    <w:rsid w:val="0098022E"/>
    <w:rsid w:val="00987A12"/>
    <w:rsid w:val="009F16ED"/>
    <w:rsid w:val="009F3505"/>
    <w:rsid w:val="00A15DCB"/>
    <w:rsid w:val="00AA1D8D"/>
    <w:rsid w:val="00AA566F"/>
    <w:rsid w:val="00AE652E"/>
    <w:rsid w:val="00B47730"/>
    <w:rsid w:val="00B63F53"/>
    <w:rsid w:val="00B64D70"/>
    <w:rsid w:val="00BD0DAC"/>
    <w:rsid w:val="00C30393"/>
    <w:rsid w:val="00C377D6"/>
    <w:rsid w:val="00C64686"/>
    <w:rsid w:val="00CB0664"/>
    <w:rsid w:val="00CB4C3B"/>
    <w:rsid w:val="00D97AAE"/>
    <w:rsid w:val="00DB04DA"/>
    <w:rsid w:val="00E04C4D"/>
    <w:rsid w:val="00E837AA"/>
    <w:rsid w:val="00E870DD"/>
    <w:rsid w:val="00E93A6E"/>
    <w:rsid w:val="00EC05FF"/>
    <w:rsid w:val="00F800A0"/>
    <w:rsid w:val="00FA5A32"/>
    <w:rsid w:val="00FC47C4"/>
    <w:rsid w:val="00FC693F"/>
    <w:rsid w:val="00FE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7EFF3A44"/>
  <w15:docId w15:val="{524E055C-AD54-407C-8FBB-273639AE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4FAB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41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A2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64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42CB4E-7FA4-422E-9796-D3ABFF508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625</Words>
  <Characters>3755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Małgorzata Dorengowska-Grabowska</cp:lastModifiedBy>
  <cp:revision>5</cp:revision>
  <cp:lastPrinted>2026-03-05T15:51:00Z</cp:lastPrinted>
  <dcterms:created xsi:type="dcterms:W3CDTF">2026-07-02T11:29:00Z</dcterms:created>
  <dcterms:modified xsi:type="dcterms:W3CDTF">2026-07-02T12:53:00Z</dcterms:modified>
</cp:coreProperties>
</file>